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туроператора, сформировавшего туристский продукт, ИНН, ОГРН, реестровый номер в Едином федеральном реестре туроператоров, адрес — указаны в договоре)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Копия: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турагента, через которого заключён договор, ИНН, адрес — если договор заключён через турагента)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туриста или иного заказчика, адрес для корреспонденции, телефон, эл. почта)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Договор о реализации туристского продукта № ____________ от «__» ____________ 20__ г.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ПРЕТЕНЗИЯ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возврате денежных средств по договору о реализации туристского продукта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между мной и ____________ (наименование турагента, действующего по поручению туроператора, / туроператора) заключён договор № ____________ о реализации туристского продукта (ст. 10 Федерального закона от 24.11.1996 № 132-ФЗ «Об основах туристской деятельности в Российской Федерации», далее — Закон № 132-ФЗ): ____________ (страна, место временного пребывания), сроки путешествия — с «__» ____________ 20__ г. по «__» ____________ 20__ г., состав услуг — ____________ (перевозка: рейс, даты; размещение: гостиница, категория номера; питание; трансфер; медицинское страхование; экскурсии), туристы — ____________. Туроператором, сформировавшим туристский продукт, является ____________, что подтверждается ____________ (договор, подтверждение бронирования). Общая цена туристского продукта ____________ руб. оплачена мной полностью «__» ____________ 20__ г., что подтверждается ____________ (кассовые чеки, платёжные документы).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Основание требования (указать нужный вариант, лишнее удалить):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— туристский продукт не предоставлен: «__» ____________ 20__ г. ____________ (туроператор сообщил об аннулировании тура / рейс отменён, а замена не предложена / бронирование гостиницы не подтверждено), поездка не состоялась по причинам, от меня не зависящим (либо: договор расторгнут до начала путешествия в связи с возникновением угрозы безопасности жизни и здоровья туристов в стране (месте) временного пребывания — ст. 14 Закона № 132-ФЗ);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— условия путешествия изменены без моего согласия: ____________ (гостиница заменена на ____________ более низкой категории / изменены сроки путешествия или рейс / изменён тип номера или питания). Согласия на такие изменения я не давал. Ухудшение условий путешествия, указанных в договоре, и изменение сроков путешествия являются существенным изменением обстоятельств, дающим право на расторжение договора (ст. 10 Закона № 132-ФЗ);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— услуги оказаны ненадлежащего качества: в период путешествия с «__» ____________ 20__ г. по «__» ____________ 20__ г. ____________ (описание недостатков: несоответствие гостиницы, номера, питания, трансфера условиям договора; неоказание отдельных услуг), что подтверждается ____________ (фотографии, видеозапись, письменные обращения к представителю туроператора или гиду, переписка, акты). Претензия предъявляется в течение 20 дней со дня окончания действия договора.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Туроператор несёт ответственность перед туристом за неоказание или ненадлежащее оказание услуг, входящих в туристский продукт, независимо от того, кем должны были оказываться или оказывались эти услуги (ст. 9 Закона № 132-ФЗ). Претензии к качеству туристского продукта предъявляются туроператору в письменной форме в течение 20 дней со дня окончания действия договора и подлежат рассмотрению в течение 10 дней со дня их получения (ст. 10 Закона № 132-ФЗ). При расторжении договора до начала путешествия в связи с угрозой безопасности туристу возвращается денежная сумма, равная общей цене туристского продукта, а после начала путешествия — её часть, пропорциональная стоимости неоказанных услуг (ст. 14 Закона № 132-ФЗ).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При обнаружении недостатков оказанной услуги потребитель вправе потребовать соответствующего уменьшения её цены, а при существенных недостатках или существенных отступлениях от условий договора — отказаться от исполнения договора и потребовать полного возмещения убытков (п. 1 ст. 29 Закона РФ «О защите прав потребителей»). Требования о возврате уплаченной суммы, уменьшении цены и возмещении убытков подлежат удовлетворению в десятидневный срок со дня их предъявления (п. 1 ст. 31 Закона), а за нарушение этого срока уплачивается неустойка в размере 3% цены услуги за каждый день просрочки, но не более цены услуги (п. 3 ст. 31, п. 5 ст. 28 Закона).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9, 10, 14 Федерального закона от 24.11.1996 № 132-ФЗ «Об основах туристской деятельности в Российской Федерации», ст. 15, 28, 29, 31 Закона РФ «О защите прав потребителей»,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ТРЕБУЮ: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Вернуть денежную сумму, уплаченную по договору о реализации туристского продукта № ____________ от «__» ____________ 20__ г., в размере ____________ руб. (общую цену туристского продукта — если тур не состоялся или договор расторгнут до начала путешествия; либо: соразмерно уменьшить цену туристского продукта и вернуть ____________ руб. — если услуги оказаны с недостатками).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Возместить убытки в размере ____________ руб.: ____________ (расходы на самостоятельное проживание, перевозку, трансфер, визовые и иные сборы — с приложением подтверждающих документов).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Компенсировать моральный вред в размере ____________ руб. (ст. 15 Закона РФ «О защите прав потребителей»).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Перечислить денежные средства в течение десяти дней со дня получения настоящей претензии по следующим реквизитам: ____________ (реквизиты банковского счёта).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случае неудовлетворения требований в установленный срок я буду вынужден обратиться в суд с иском о взыскании указанных сумм, неустойки, компенсации морального вреда, штрафа (п. 6 ст. 13 Закона РФ «О защите прав потребителей») и судебных расходов. Если туроператор не исполнит обязательства, я оставляю за собой право обратиться с требованием о выплате к организации, предоставившей финансовое обеспечение ответственности туроператора (ст. 17.4, 17.5 Закона № 132-ФЗ).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договора о реализации туристского продукта с приложениями (заявка на бронирование, подтверждение бронирования);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Копии документов об оплате туристского продукта;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Копии документов на поездку (маршрутные квитанции, ваучер, страховой полис) — при наличии;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Доказательства неоказания услуг, изменения условий путешествия или недостатков услуг (переписка, уведомления туроператора, фотографии, видеозапись, письменные обращения, акты);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Документы, подтверждающие убытки;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Расчёт денежных требований;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Реквизиты банковского счёта для перечисления денежных средств;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Турист (заказчик, 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денежных средств по договору о реализации туристского продукта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