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969"/>
        <w:gridCol w:w="5386"/>
      </w:tblGrid>
      <w:tr>
        <w:tc>
          <w:tcPr>
            <w:tcW w:type="dxa" w:w="3969"/>
          </w:tcPr>
          <w:p/>
        </w:tc>
        <w:tc>
          <w:tcPr>
            <w:tcW w:type="dxa" w:w="5386"/>
          </w:tcPr>
          <w:p>
            <w:pPr>
              <w:spacing w:after="0"/>
            </w:pPr>
            <w:r/>
            <w:r>
              <w:rPr>
                <w:rFonts w:ascii="Times New Roman" w:hAnsi="Times New Roman" w:eastAsia="Times New Roman"/>
                <w:sz w:val="24"/>
              </w:rPr>
              <w:t>В ____________</w:t>
            </w:r>
          </w:p>
          <w:p>
            <w:pPr>
              <w:spacing w:after="80"/>
            </w:pPr>
            <w:r>
              <w:rPr>
                <w:rFonts w:ascii="Times New Roman" w:hAnsi="Times New Roman" w:eastAsia="Times New Roman"/>
                <w:sz w:val="18"/>
              </w:rPr>
              <w:t>(наименование продавца — владельца интернет-магазина или продавца на маркетплейсе, ИНН, ОГРН (ОГРНИП), адрес; сведения о продавце указываются на сайте, в карточке товара или в кассовом чеке)</w:t>
            </w:r>
          </w:p>
          <w:p>
            <w:pPr>
              <w:spacing w:after="0"/>
            </w:pPr>
            <w:r>
              <w:rPr>
                <w:rFonts w:ascii="Times New Roman" w:hAnsi="Times New Roman" w:eastAsia="Times New Roman"/>
                <w:sz w:val="24"/>
              </w:rPr>
              <w:t>Копия: ____________</w:t>
            </w:r>
          </w:p>
          <w:p>
            <w:pPr>
              <w:spacing w:after="80"/>
            </w:pPr>
            <w:r>
              <w:rPr>
                <w:rFonts w:ascii="Times New Roman" w:hAnsi="Times New Roman" w:eastAsia="Times New Roman"/>
                <w:sz w:val="18"/>
              </w:rPr>
              <w:t>(наименование оператора маркетплейса — если товар куплен через маркетплейс)</w:t>
            </w:r>
          </w:p>
          <w:p>
            <w:pPr>
              <w:spacing w:after="0"/>
            </w:pPr>
            <w:r>
              <w:rPr>
                <w:rFonts w:ascii="Times New Roman" w:hAnsi="Times New Roman" w:eastAsia="Times New Roman"/>
                <w:sz w:val="24"/>
              </w:rPr>
              <w:t>От: ____________</w:t>
            </w:r>
          </w:p>
          <w:p>
            <w:pPr>
              <w:spacing w:after="80"/>
            </w:pPr>
            <w:r>
              <w:rPr>
                <w:rFonts w:ascii="Times New Roman" w:hAnsi="Times New Roman" w:eastAsia="Times New Roman"/>
                <w:sz w:val="18"/>
              </w:rPr>
              <w:t>(Ф.И.О. покупателя, адрес для корреспонденции, телефон, эл. почта)</w:t>
            </w:r>
          </w:p>
          <w:p>
            <w:pPr>
              <w:spacing w:after="0"/>
            </w:pPr>
            <w:r>
              <w:rPr>
                <w:rFonts w:ascii="Times New Roman" w:hAnsi="Times New Roman" w:eastAsia="Times New Roman"/>
                <w:sz w:val="24"/>
              </w:rPr>
              <w:t>Заказ № ____________ от «__» ____________ 20__ г.</w:t>
            </w:r>
          </w:p>
          <w:p>
            <w:pPr>
              <w:spacing w:after="80"/>
            </w:pPr>
            <w:r>
              <w:rPr>
                <w:rFonts w:ascii="Times New Roman" w:hAnsi="Times New Roman" w:eastAsia="Times New Roman"/>
                <w:sz w:val="18"/>
              </w:rPr>
              <w:t>(номер заказа на сайте или в приложении)</w:t>
            </w:r>
          </w:p>
        </w:tc>
      </w:tr>
    </w:tbl>
    <w:p/>
    <w:p>
      <w:pPr>
        <w:spacing w:after="40" w:before="0"/>
        <w:jc w:val="center"/>
      </w:pPr>
      <w:r>
        <w:rPr>
          <w:rFonts w:ascii="Times New Roman" w:hAnsi="Times New Roman" w:eastAsia="Times New Roman"/>
          <w:b/>
          <w:sz w:val="28"/>
        </w:rPr>
        <w:t>ПРЕТЕНЗИЯ</w:t>
      </w:r>
    </w:p>
    <w:p>
      <w:pPr>
        <w:spacing w:after="240" w:before="0"/>
        <w:jc w:val="center"/>
      </w:pPr>
      <w:r>
        <w:rPr>
          <w:rFonts w:ascii="Times New Roman" w:hAnsi="Times New Roman" w:eastAsia="Times New Roman"/>
          <w:b/>
          <w:sz w:val="24"/>
        </w:rPr>
        <w:t>об отказе от товара, приобретённого дистанционным способом, и возврате уплаченной суммы</w:t>
      </w:r>
    </w:p>
    <w:p>
      <w:pPr>
        <w:spacing w:after="120" w:before="0"/>
        <w:ind w:firstLine="567"/>
        <w:jc w:val="both"/>
      </w:pPr>
      <w:r>
        <w:rPr>
          <w:rFonts w:ascii="Times New Roman" w:hAnsi="Times New Roman" w:eastAsia="Times New Roman"/>
          <w:sz w:val="24"/>
        </w:rPr>
        <w:t>«__» ____________ 20__ г. я оформил на ____________ (адрес сайта интернет-магазина / наименование маркетплейса или приложения) заказ № ____________ на товар ____________ (наименование, артикул, количество) стоимостью ____________ руб., стоимость доставки — ____________ руб. Оплата произведена «__» ____________ 20__ г. ____________ (банковской картой / переводом / при получении), что подтверждается ____________ (кассовый чек № ____________, выписка по счёту). Товар получен мной «__» ____________ 20__ г. ____________ (в пункте выдачи заказов по адресу ____________ / от курьера). Договор купли-продажи заключён дистанционным способом — на основании ознакомления с описанием товара на сайте, без непосредственного ознакомления с товаром (п. 2 ст. 497 ГК РФ, п. 1 ст. 26.1 Закона РФ «О защите прав потребителей»).</w:t>
      </w:r>
    </w:p>
    <w:p>
      <w:pPr>
        <w:spacing w:after="120" w:before="0"/>
        <w:ind w:firstLine="567"/>
        <w:jc w:val="both"/>
      </w:pPr>
      <w:r>
        <w:rPr>
          <w:rFonts w:ascii="Times New Roman" w:hAnsi="Times New Roman" w:eastAsia="Times New Roman"/>
          <w:sz w:val="24"/>
        </w:rPr>
        <w:t>Основание отказа от товара (указать нужный вариант, лишнее удалить):</w:t>
      </w:r>
    </w:p>
    <w:p>
      <w:pPr>
        <w:spacing w:after="120" w:before="0"/>
        <w:ind w:firstLine="567"/>
        <w:jc w:val="both"/>
      </w:pPr>
      <w:r>
        <w:rPr>
          <w:rFonts w:ascii="Times New Roman" w:hAnsi="Times New Roman" w:eastAsia="Times New Roman"/>
          <w:sz w:val="24"/>
        </w:rPr>
        <w:t>— товар надлежащего качества не подошёл мне по ____________ (размеру, фасону, цвету, комплектации и т. п.). Товар не был в употреблении, сохранены его товарный вид, потребительские свойства, пломбы, фабричные ярлыки. Товар не имеет индивидуально-определённых свойств. Требование заявлено в течение семи дней после передачи товара (либо: в течение трёх месяцев с момента передачи товара, поскольку информация о порядке и сроках возврата товара надлежащего качества не была предоставлена мне в письменной форме в момент доставки);</w:t>
      </w:r>
    </w:p>
    <w:p>
      <w:pPr>
        <w:spacing w:after="120" w:before="0"/>
        <w:ind w:firstLine="567"/>
        <w:jc w:val="both"/>
      </w:pPr>
      <w:r>
        <w:rPr>
          <w:rFonts w:ascii="Times New Roman" w:hAnsi="Times New Roman" w:eastAsia="Times New Roman"/>
          <w:sz w:val="24"/>
        </w:rPr>
        <w:t>— в товаре обнаружены недостатки, не оговорённые продавцом: ____________ (описание недостатков, дата обнаружения), что подтверждается ____________ (фотографии, видеозапись вскрытия упаковки, заключение о проверке качества). Недостатки обнаружены в течение гарантийного срока (если гарантийный срок не установлен — в пределах двух лет со дня передачи товара, п. 1 ст. 19 Закона РФ «О защите прав потребителей»).</w:t>
      </w:r>
    </w:p>
    <w:p>
      <w:pPr>
        <w:spacing w:after="120" w:before="0"/>
        <w:ind w:firstLine="567"/>
        <w:jc w:val="both"/>
      </w:pPr>
      <w:r>
        <w:rPr>
          <w:rFonts w:ascii="Times New Roman" w:hAnsi="Times New Roman" w:eastAsia="Times New Roman"/>
          <w:sz w:val="24"/>
        </w:rPr>
        <w:t>Согласно п. 4 ст. 26.1 Закона РФ «О защите прав потребителей» потребитель вправе отказаться от товара в любое время до его передачи, а после передачи — в течение семи дней; если информация о порядке и сроках возврата товара надлежащего качества не была предоставлена в письменной форме в момент доставки, — в течение трёх месяцев с момента передачи товара. Продавец должен возвратить уплаченную по договору денежную сумму, за исключением расходов продавца на доставку от потребителя возвращённого товара, не позднее чем через десять дней со дня предъявления требования. Отсутствие у потребителя документа о покупке не лишает его возможности ссылаться на другие доказательства приобретения товара у этого продавца.</w:t>
      </w:r>
    </w:p>
    <w:p>
      <w:pPr>
        <w:spacing w:after="120" w:before="0"/>
        <w:ind w:firstLine="567"/>
        <w:jc w:val="both"/>
      </w:pPr>
      <w:r>
        <w:rPr>
          <w:rFonts w:ascii="Times New Roman" w:hAnsi="Times New Roman" w:eastAsia="Times New Roman"/>
          <w:sz w:val="24"/>
        </w:rPr>
        <w:t>Последствия продажи товара ненадлежащего качества дистанционным способом определяются ст. 18–24 Закона (п. 5 ст. 26.1 Закона): потребитель вправе отказаться от исполнения договора, потребовать возврата уплаченной суммы и полного возмещения убытков (п. 1 ст. 18 Закона); требование подлежит удовлетворению в течение десяти дней со дня его предъявления (ст. 22 Закона), за просрочку уплачивается неустойка в размере 1% цены товара за каждый день, но не более суммы, уплаченной по договору (п. 1 ст. 23 Закона). Если товар приобретён с использованием посреднической цифровой платформы (маркетплейса), требования предъявляются продавцу на этой платформе, а её оператор обязан обеспечить техническую возможность предъявления требований и возврата потребителю уплаченных денежных средств с использованием платформы (п. 3.1 ст. 18 Закона).</w:t>
      </w:r>
    </w:p>
    <w:p>
      <w:pPr>
        <w:spacing w:after="120" w:before="0"/>
        <w:ind w:firstLine="567"/>
        <w:jc w:val="both"/>
      </w:pPr>
      <w:r>
        <w:rPr>
          <w:rFonts w:ascii="Times New Roman" w:hAnsi="Times New Roman" w:eastAsia="Times New Roman"/>
          <w:sz w:val="24"/>
        </w:rPr>
        <w:t>До внесения изменений в законодательство возврат товара надлежащего качества, приобретённого дистанционно, осуществляется любым по усмотрению покупателя способом, позволяющим продавцу при получении проверить состояние товара, в том числе через перевозчика или организацию почтовой связи; расходы на доставку и риск случайной гибели или повреждения товара в пути при этом несёт покупатель (постановление Конституционного Суда РФ от 17.02.2026 № 7-П). Товар ненадлежащего качества возвращается по требованию продавца и за его счёт (п. 1 ст. 18 Закона).</w:t>
      </w:r>
    </w:p>
    <w:p>
      <w:pPr>
        <w:spacing w:after="120" w:before="0"/>
        <w:ind w:firstLine="567"/>
        <w:jc w:val="both"/>
      </w:pPr>
      <w:r>
        <w:rPr>
          <w:rFonts w:ascii="Times New Roman" w:hAnsi="Times New Roman" w:eastAsia="Times New Roman"/>
          <w:sz w:val="24"/>
        </w:rPr>
        <w:t>На основании изложенного, руководствуясь ст. 18, 19, 22, 23, 26.1 Закона РФ «О защите прав потребителей», ст. 497 ГК РФ, Правилами продажи товаров по договору розничной купли-продажи, утверждёнными постановлением Правительства РФ от 30.05.2026 № 657,</w:t>
      </w:r>
    </w:p>
    <w:p>
      <w:pPr>
        <w:spacing w:after="120" w:before="0"/>
        <w:jc w:val="center"/>
      </w:pPr>
      <w:r>
        <w:rPr>
          <w:rFonts w:ascii="Times New Roman" w:hAnsi="Times New Roman" w:eastAsia="Times New Roman"/>
          <w:b/>
          <w:sz w:val="26"/>
        </w:rPr>
        <w:t>ТРЕБУЮ:</w:t>
      </w:r>
    </w:p>
    <w:p>
      <w:pPr>
        <w:spacing w:after="120" w:before="0"/>
        <w:ind w:firstLine="567"/>
        <w:jc w:val="both"/>
      </w:pPr>
      <w:r>
        <w:rPr>
          <w:rFonts w:ascii="Times New Roman" w:hAnsi="Times New Roman" w:eastAsia="Times New Roman"/>
          <w:sz w:val="24"/>
        </w:rPr>
        <w:t>1. Принять мой отказ от товара ____________ (наименование, артикул) по заказу № ____________ от «__» ____________ 20__ г. и вернуть уплаченную за товар денежную сумму в размере ____________ руб. не позднее десяти дней со дня предъявления настоящей претензии.</w:t>
      </w:r>
    </w:p>
    <w:p>
      <w:pPr>
        <w:spacing w:after="120" w:before="0"/>
        <w:ind w:firstLine="567"/>
        <w:jc w:val="both"/>
      </w:pPr>
      <w:r>
        <w:rPr>
          <w:rFonts w:ascii="Times New Roman" w:hAnsi="Times New Roman" w:eastAsia="Times New Roman"/>
          <w:sz w:val="24"/>
        </w:rPr>
        <w:t>2. Возместить убытки в размере ____________ руб.: ____________ (стоимость доставки товара, расходы на проверку качества и прочие — указывается, если товар ненадлежащего качества).</w:t>
      </w:r>
    </w:p>
    <w:p>
      <w:pPr>
        <w:spacing w:after="120" w:before="0"/>
        <w:ind w:firstLine="567"/>
        <w:jc w:val="both"/>
      </w:pPr>
      <w:r>
        <w:rPr>
          <w:rFonts w:ascii="Times New Roman" w:hAnsi="Times New Roman" w:eastAsia="Times New Roman"/>
          <w:sz w:val="24"/>
        </w:rPr>
        <w:t>3. Принять товар: ____________ (товар будет передан в пункт выдачи заказов по адресу ____________ / направлен почтовым отправлением по адресу ____________ / передан курьеру продавца — указать выбранный способ; для товара ненадлежащего качества сообщить, куда и каким способом его передать за счёт продавца).</w:t>
      </w:r>
    </w:p>
    <w:p>
      <w:pPr>
        <w:spacing w:after="120" w:before="0"/>
        <w:ind w:firstLine="567"/>
        <w:jc w:val="both"/>
      </w:pPr>
      <w:r>
        <w:rPr>
          <w:rFonts w:ascii="Times New Roman" w:hAnsi="Times New Roman" w:eastAsia="Times New Roman"/>
          <w:sz w:val="24"/>
        </w:rPr>
        <w:t>4. Перечислить денежные средства ____________ (на банковскую карту, с которой производилась оплата / по реквизитам: ____________).</w:t>
      </w:r>
    </w:p>
    <w:p>
      <w:pPr>
        <w:spacing w:after="120" w:before="0"/>
        <w:ind w:firstLine="567"/>
        <w:jc w:val="both"/>
      </w:pPr>
      <w:r>
        <w:rPr>
          <w:rFonts w:ascii="Times New Roman" w:hAnsi="Times New Roman" w:eastAsia="Times New Roman"/>
          <w:sz w:val="24"/>
        </w:rPr>
        <w:t>Претензия направлена ____________ (через личный кабинет на сайте или в приложении / по электронной почте продавца ____________ / почтовым отправлением по адресу продавца). В случае неудовлетворения требований в установленный срок я буду вынужден обратиться в суд с иском о взыскании уплаченной суммы, неустойки, компенсации морального вреда (ст. 15 Закона РФ «О защите прав потребителей»), штрафа (п. 6 ст. 13 Закона) и судебных расходов.</w:t>
      </w:r>
    </w:p>
    <w:p>
      <w:pPr>
        <w:spacing w:after="40" w:before="0"/>
        <w:jc w:val="left"/>
      </w:pPr>
      <w:r>
        <w:rPr>
          <w:rFonts w:ascii="Times New Roman" w:hAnsi="Times New Roman" w:eastAsia="Times New Roman"/>
          <w:b/>
          <w:sz w:val="24"/>
        </w:rPr>
        <w:t>Приложения:</w:t>
      </w:r>
    </w:p>
    <w:p>
      <w:pPr>
        <w:spacing w:after="0" w:before="0"/>
        <w:jc w:val="both"/>
      </w:pPr>
      <w:r>
        <w:rPr>
          <w:rFonts w:ascii="Times New Roman" w:hAnsi="Times New Roman" w:eastAsia="Times New Roman"/>
          <w:sz w:val="24"/>
        </w:rPr>
        <w:t>1. Копия подтверждения заказа (письмо, скриншот страницы заказа в личном кабинете);</w:t>
      </w:r>
    </w:p>
    <w:p>
      <w:pPr>
        <w:spacing w:after="0" w:before="0"/>
        <w:jc w:val="both"/>
      </w:pPr>
      <w:r>
        <w:rPr>
          <w:rFonts w:ascii="Times New Roman" w:hAnsi="Times New Roman" w:eastAsia="Times New Roman"/>
          <w:sz w:val="24"/>
        </w:rPr>
        <w:t>2. Копия кассового чека или иного документа об оплате;</w:t>
      </w:r>
    </w:p>
    <w:p>
      <w:pPr>
        <w:spacing w:after="0" w:before="0"/>
        <w:jc w:val="both"/>
      </w:pPr>
      <w:r>
        <w:rPr>
          <w:rFonts w:ascii="Times New Roman" w:hAnsi="Times New Roman" w:eastAsia="Times New Roman"/>
          <w:sz w:val="24"/>
        </w:rPr>
        <w:t>3. Копия документа о получении товара (накладная, акт, отметка о выдаче в пункте выдачи заказов) — при наличии;</w:t>
      </w:r>
    </w:p>
    <w:p>
      <w:pPr>
        <w:spacing w:after="0" w:before="0"/>
        <w:jc w:val="both"/>
      </w:pPr>
      <w:r>
        <w:rPr>
          <w:rFonts w:ascii="Times New Roman" w:hAnsi="Times New Roman" w:eastAsia="Times New Roman"/>
          <w:sz w:val="24"/>
        </w:rPr>
        <w:t>4. Фотографии товара, упаковки и ярлыков, а при недостатках — фотографии и видеозапись недостатков;</w:t>
      </w:r>
    </w:p>
    <w:p>
      <w:pPr>
        <w:spacing w:after="0" w:before="0"/>
        <w:jc w:val="both"/>
      </w:pPr>
      <w:r>
        <w:rPr>
          <w:rFonts w:ascii="Times New Roman" w:hAnsi="Times New Roman" w:eastAsia="Times New Roman"/>
          <w:sz w:val="24"/>
        </w:rPr>
        <w:t>5. Заключение о проверке качества или экспертизы товара (при наличии);</w:t>
      </w:r>
    </w:p>
    <w:p>
      <w:pPr>
        <w:spacing w:after="0" w:before="0"/>
        <w:jc w:val="both"/>
      </w:pPr>
      <w:r>
        <w:rPr>
          <w:rFonts w:ascii="Times New Roman" w:hAnsi="Times New Roman" w:eastAsia="Times New Roman"/>
          <w:sz w:val="24"/>
        </w:rPr>
        <w:t>6. Документы, подтверждающие убытки;</w:t>
      </w:r>
    </w:p>
    <w:p>
      <w:pPr>
        <w:spacing w:after="0" w:before="0"/>
        <w:jc w:val="both"/>
      </w:pPr>
      <w:r>
        <w:rPr>
          <w:rFonts w:ascii="Times New Roman" w:hAnsi="Times New Roman" w:eastAsia="Times New Roman"/>
          <w:sz w:val="24"/>
        </w:rPr>
        <w:t>7. Реквизиты банковского счёта для перечисления денежных средств (если возврат производится не на карту, с которой производилась оплата);</w:t>
      </w:r>
    </w:p>
    <w:p/>
    <w:p>
      <w:pPr>
        <w:spacing w:after="120" w:before="0"/>
        <w:jc w:val="left"/>
      </w:pPr>
      <w:r>
        <w:rPr>
          <w:rFonts w:ascii="Times New Roman" w:hAnsi="Times New Roman" w:eastAsia="Times New Roman"/>
          <w:sz w:val="24"/>
        </w:rPr>
        <w:t>«___» ____________ 20___ г.</w:t>
      </w:r>
    </w:p>
    <w:p>
      <w:pPr>
        <w:spacing w:after="0" w:before="0"/>
        <w:jc w:val="left"/>
      </w:pPr>
      <w:r>
        <w:rPr>
          <w:rFonts w:ascii="Times New Roman" w:hAnsi="Times New Roman" w:eastAsia="Times New Roman"/>
          <w:sz w:val="24"/>
        </w:rPr>
        <w:t>Покупатель (представитель) ___________________ / ______________________ /</w:t>
      </w:r>
    </w:p>
    <w:p>
      <w:pPr>
        <w:spacing w:after="200" w:before="0"/>
        <w:jc w:val="left"/>
      </w:pPr>
      <w:r>
        <w:rPr>
          <w:rFonts w:ascii="Times New Roman" w:hAnsi="Times New Roman" w:eastAsia="Times New Roman"/>
          <w:sz w:val="18"/>
        </w:rPr>
        <w:t xml:space="preserve">                              (подпись)                      (Ф.И.О.)</w:t>
      </w:r>
    </w:p>
    <w:p>
      <w:pPr>
        <w:spacing w:after="0" w:before="0"/>
        <w:jc w:val="center"/>
      </w:pPr>
      <w:r>
        <w:rPr>
          <w:rFonts w:ascii="Times New Roman" w:hAnsi="Times New Roman" w:eastAsia="Times New Roman"/>
          <w:sz w:val="16"/>
        </w:rPr>
        <w:t>Образец подготовлен для ознакомления. Документ составляется под конкретную ситуацию.</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об отказе от товара, приобретённого дистанционным способом, и возврате уплаченной суммы</dc:title>
  <dc:subject/>
  <dc:creator>Malov &amp; Malov</dc:creator>
  <cp:keywords/>
  <dc:description>generated by python-docx</dc:description>
  <cp:lastModifiedBy/>
  <cp:revision>1</cp:revision>
  <dcterms:created xsi:type="dcterms:W3CDTF">2013-12-23T23:15:00Z</dcterms:created>
  <dcterms:modified xsi:type="dcterms:W3CDTF">2013-12-23T23:15:00Z</dcterms:modified>
  <cp:category/>
</cp:coreProperties>
</file>