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 районный (городской) суд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(суд по месту нахождения земельного участка, который будет обременён сервитутом, — ч. 1 ст. 30 ГПК РФ; если обе стороны — предприниматели или организации и спор связан с экономической деятельностью, иск подаётся в арбитражный суд)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Истец: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дата и место рождения, место жительства или пребывания, один из идентификаторов: СНИЛС, ИНН, серия и номер паспорта или водительского удостоверения; телефон, адрес электронной почты)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Представитель истца: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адрес для направления судебных извещений, телефон; заполняется, если иск подаёт представитель)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Ответчик: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или наименование собственника соседнего земельного участка, место жительства или адрес; дата и место рождения и один из идентификаторов — если известны)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Третьи лица: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(Управление Росреестра по субъекту РФ; при необходимости — арендатор или залогодержатель обременяемого участка, организация, эксплуатирующая сети)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Госпошлина: ____________ руб. (ст. 333.19 НК РФ)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ИСКОВОЕ 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об установлении сервитута (права ограниченного пользования соседним земельным участком)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Мне на праве ____________ (собственности) принадлежит земельный участок с кадастровым номером ____________, площадью ____________ кв. м, вид разрешённого использования ____________, расположенный по адресу: ____________, а также расположенный на нём ____________ (жилой дом, иной объект) с кадастровым номером ____________, право на который ____________ (зарегистрировано в ЕГРН «__» ____________ 20__ г. / подтверждается ____________), что подтверждается выписками из ЕГРН.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Ответчику принадлежит соседний земельный участок с кадастровым номером ____________, расположенный по адресу: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Обеспечить ____________ (проход и проезд к моему участку / прокладку и эксплуатацию ____________ — водопровода, газопровода, линии электропередачи, иных коммуникаций) иначе, чем через участок ответчика, невозможно: ____________ (участок окружён другими участками, доступ к землям общего пользования отсутствует / иные варианты технически невозможны или требуют несоразмерных затрат), что подтверждается ____________ (схема расположения участков, заключение кадастрового инженера или специалиста, ответ органа местного самоуправления об отсутствии дорог общего пользования).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Для этих целей необходима часть участка ответчика площадью ____________ кв. м, шириной ____________ м, расположенная ____________ (описание: вдоль границы, по существующему проезду), в границах координат характерных точек ____________ (по схеме или межевому плану части земельного участка). Предлагаемый вариант является наименее обременительным для ответчика: ____________ (не препятствует использованию участка в соответствии с разрешённым использованием, проходит по сложившемуся проезду, занимает минимальную площадь).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я направил ответчику предложение заключить соглашение об установлении сервитута на следующих условиях: ____________ (площадь и местоположение части участка, срок, цель, размер и порядок внесения платы), что подтверждается ____________ (письмо с описью вложения, почтовая квитанция, отметка о вручении). Ответчик ____________ (отказался / не ответил / предложил неприемлемые условия: ____________). Соглашение об установлении сервитута или его условиях не достигнуто.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Собственник недвижимого имущества вправе требовать от собственника соседнего земельного участка предоставления права ограниченного пользования соседним участком (сервитута). Сервитут может устанавливаться для обеспечения прохода и проезда через соседний земельный участок, строительства, реконструкции и (или) эксплуатации линейных объектов, а также других нужд собственника недвижимого имущества, которые не могут быть обеспечены без установления сервитута (п. 1 ст. 274 ГК РФ). В случае недостижения соглашения об установлении или условиях сервитута спор разрешается судом по иску лица, требующего установления сервитута (п. 3 ст. 274 ГК РФ). Частный сервитут устанавливается в соответствии с гражданским законодательством (п. 1 ст. 23 ЗК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Согласно Обзору судебной практики по делам об установлении сервитута на земельный участок, утверждённому Президиумом Верховного Суда РФ 26.04.2017, обязательный досудебный порядок урегулирования такого спора законом не установлен (п. 1); сервитут устанавливается при отсутствии у собственника иной возможности использовать свой участок (п. 7), на условиях, наименее обременительных для собственника обременяемого участка (п. 9); суд определяет все условия сервитута — сведения об участках, содержание, вид, сферу действия, срок, условия о плате (п. 10); плата определяется исходя из принципов разумности и соразмерности и может быть единовременной или периодической (п. 12).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Собственник обременённого участка вправе требовать соразмерную плату за пользование участком (п. 5 ст. 274 ГК РФ). Размер платы предлагаю определить в сумме ____________ руб. ____________ (в год / в месяц / единовременно) на основании ____________ (отчёт об оценке от «__» ____________ 20__ г. / расчёт). Для определения вариантов сервитута и размера платы прошу при необходимости назначить судебную землеустроительную и оценочную экспертизу (ст. 79 ГПК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274 ГК РФ, ст. 23 ЗК РФ, ст. 30, 131, 132 ГПК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 СУД: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Установить в пользу ____________ (Ф.И.О. истца), собственника земельного участка с кадастровым номером ____________, ____________ (бессрочный / срочный на ____________) частный сервитут в отношении части земельного участка с кадастровым номером ____________, принадлежащего ответчику, площадью ____________ кв. м в границах следующих координат характерных точек: ____________ (номера точек и значения координат), для ____________ (прохода и проезда к земельному участку с кадастровым номером ____________ / прокладки и эксплуатации ____________).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Определить условия осуществления сервитута: ____________ (режим пользования; для прокладки коммуникаций — виды, порядок и сроки работ, обязанность восстановить покрытие участка).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Установить плату за сервитут в размере ____________ руб. ____________ (ежегодно / ежемесячно, срок внесения ____________ / единовременно).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Указать, что решение суда является основанием для государственной регистрации сервитута в ЕГРН.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Взыскать с ответчика в пользу истца судебные расходы: государственную пошлину в размере ____________ руб., иные расходы в размере ____________ руб. (ст. 88, 94, 98 ГПК РФ).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Выписки из ЕГРН на земельный участок истца, расположенный на нём объект и земельный участок ответчика;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Схема границ части земельного участка, обременяемой сервитутом, или межевой план части участка, заключение кадастрового инженера;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Доказательства отсутствия иной возможности прохода, проезда или прокладки коммуникаций (схемы, ответы органов, фотографии);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Копия предложения о заключении соглашения об установлении сервитута с доказательствами направления и ответ ответчика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Отчёт об оценке или расчёт размера платы за сервитут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Документ об уплате государственной пошлины;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Доверенность представителя (если документ подписывает представитель);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8. Уведомления о вручении или иные документы, подтверждающие направление ответчику и третьим лицам копий искового заявления и приложенных документов, которых у них нет (п. 6 ст. 132 ГПК РФ);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Истец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установлении сервитута (права ограниченного пользования соседним земельным участком)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