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(полное наименование государственного бюджетного учреждения субъекта Российской Федерации, наделённого полномочиями по определению кадастровой стоимости, и его адрес; в Москве — ГБУ «Городской центр имущественных платежей»; заявление можно подать также через многофункциональный центр, почтой или на портале государственных услуг)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(фамилия, имя, отчество заявителя или полное наименование организации, почтовый адрес с индексом, адрес электронной почты, телефон — по желанию)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установлении кадастровой стоимости объекта недвижимости в размере его рыночной стоимости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со статьёй 22.1 Федерального закона от 3 июля 2016 года № 237-ФЗ «О государственной кадастровой оценке» прошу установить кадастровую стоимость объекта недвижимости в размере его рыночной стоимости, указанной в отчёте об оценке, приложенном к настоящему заявлению.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I. Общие сведения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Вид объекта недвижимости: ____________ (земельный участок, здание, помещение, сооружение, объект незавершённого строительства, машино-место). Кадастровый номер: ____________. Адрес (местоположение):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Кадастровая стоимость объекта недвижимости, внесённая в Единый государственный реестр недвижимости: ____________ рублей, дата определения кадастровой стоимости: «__» ____________ 20__ г., дата внесения сведений в Единый государственный реестр недвижимости: «__» ____________ 20__ г., акт об утверждении результатов определения кадастровой стоимости: ____________ (наименование, дата, номер).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Рыночная стоимость объекта недвижимости согласно отчёту об оценке: ____________ рублей по состоянию на «__» ____________ 20__ г. Отчёт об оценке № ____________ от «__» ____________ 20__ г. составлен оценщиком ____________ (фамилия, имя, отчество, саморегулируемая организация оценщиков, регистрационный номер в реестре её членов), ____________ (наименование юридического лица, с которым оценщик заключил трудовой договор, — при наличии).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Заявление подаётся в течение шести месяцев с даты, по состоянию на которую проведена оценка рыночной стоимости объекта недвижимости и которая указана в отчёте об оценке (часть 7 статьи 22.1 Федерального закона «О государственной кадастровой оценке»).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II. Сведения о заявителе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Заявитель: ____________ (для физического лица — фамилия, имя, отчество, страховой номер индивидуального лицевого счёта; для юридического лица — полное наименование, идентификационный номер налогоплательщика, основной государственный регистрационный номер). Почтовый адрес: ____________ (индекс, субъект Российской Федерации, район, город, населённый пункт, улица, дом, корпус, квартира). Адрес электронной почты: ____________. Телефон: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Право (обязанность), которое затрагивает кадастровая стоимость объекта недвижимости: ____________ (право собственности / право аренды по договору № ____________ от «__» ____________ 20__ г. / иное право), так как кадастровая стоимость применяется для ____________ (исчисления налога / определения арендной платы / определения выкупной цены / иное).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III. Сведения о представителе заявителя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Заполняется, если заявление подаёт представитель: ____________ (фамилия, имя, отчество представителя, почтовый адрес, адрес электронной почты, телефон), действующий на основании ____________ (нотариально удостоверенная доверенность от «__» ____________ 20__ г., реестровый номер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III.I. Сведения о собственнике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Заполняется, если заявитель является правообладателем, но не собственником объекта недвижимости: собственник ____________ (фамилия, имя, отчество или полное наименование, почтовый адрес, адрес электронной почты — при наличии). Согласие собственника на подачу заявления прилагается (часть 5.1 статьи 22.1 Федерального закона «О государственной кадастровой оценке»). Для объектов государственной и муниципальной собственности согласие не требуется.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Уведомление о поступлении заявления и решение по заявлению прошу направить ____________ (почтовым отправлением по указанному адресу / на адрес электронной почты / через портал государственных услуг).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Установить кадастровую стоимость объекта недвижимости с кадастровым номером ____________ в размере его рыночной стоимости ____________ рублей, определённой в отчёте об оценке № ____________ от «__» ____________ 20__ г. по состоянию на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Направить уведомление о поступлении заявления и решение по заявлению указанным выше способом.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Заявление рассматривается в течение тридцати календарных дней со дня его поступления (часть 10 статьи 22.1 Федерального закона «О государственной кадастровой оценке»). Решение бюджетного учреждения может быть оспорено в суде в порядке административного судопроизводства (глава 25 Кодекса административного судопроизводства Российской Федерации); одновременно с оспариванием решения может быть заявлено требование об установлении кадастровой стоимости в размере рыночной стоимости (часть 15 статьи 22.1 Федерального закона «О государственной кадастровой оценке»).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Достоверность сведений, указанных в заявлении, подтверждаю. Даю согласие на обработку моих персональных данных в целях рассмотрения настоящего заявления.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Заявление составляется в отношении одного объекта недвижимости. Каждый лист заявления, поданного на бумажном носителе, подписывается заявителем (представителем заявителя).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Отчёт об оценке рыночной стоимости объекта недвижимости № ____________ от «__» ____________ 20__ г. в форме электронного документа на электронном носителе (отчёт должен содержать выписку из Единого государственного реестра недвижимости о зарегистрированных правах, ограничениях прав и обременениях объекта — часть 6 статьи 22.1 Федерального закона «О государственной кадастровой оценке»);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Нотариально удостоверенная доверенность представителя (если заявление подаёт представитель);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Согласие собственника объекта недвижимости на подачу заявления (если заявитель не является собственником);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Документ, подтверждающий, что кадастровая стоимость затрагивает права или обязанности заявителя (договор аренды и иные документы, — если заявитель не является собственником);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Выписка из Единого государственного реестра недвижимости о кадастровой стоимости объекта недвижимости (при наличии);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(представитель заявителя)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кадастровой стоимости объекта недвижимости в размере его рыночной стоимости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