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Командиру войсковой части ____________ / военному комиссару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(военнослужащие подают обращение командиру (начальнику) по команде; уволенные с военной службы — в военный комиссариат по месту воинского учёта (по месту жительства))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для рассмотрения комиссией по рассмотрению обращений о выдаче удостоверений ветерана боевых действий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(воинское звание (в запасе, в отставке), фамилия, имя, отчество, дата рождения)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Личный номер: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Воинская должность: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(для военнослужащих)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Адрес места жительства, телефон: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ЗАЯВЛЕНИЕ (РАПОРТ)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выдаче удостоверения ветерана боевых действий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(воинское звание, фамилия, имя, отчество), ____________ (прохожу военную службу в войсковой части ____________ / уволен с военной службы «__» ____________ 20__ г.).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период с «__» ____________ 20__ г. по «__» ____________ 20__ г. в составе ____________ (войсковая часть, подразделение) я принимал участие в ____________ (боевых действиях / выполнении задач в ходе специальной военной операции / выполнении задач по отражению вооружённого вторжения на территорию Российской Федерации / иных задачах — указать государство (территорию) и период в соответствии с разделом III приложения к Федеральному закону «О ветеранах»).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Моё участие подтверждается: ____________ (выписки из приказов командиров (начальников) воинских частей, штабов, группировок войск (сил), оперативных и иных групп о датах или периодах выполнения задач; выписки из приказов о направлении, прибытии, зачислении в списки личного состава, постановке на довольствие, убытии; документы о ранении, контузии или увечье, полученных в связи с выполнением задач; реализованный наградной материал — копия удостоверения к государственной награде или выписка из указа (приказа) о награждении с копией наградного листа или выпиской из него).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Подтверждающих документов у меня ____________ (нет / имеются не в полном объёме: указать, каких документов нет и где они могут находиться). Даю согласие на направление запросов для их получения. Удостоверение ветерана боевых действий мне ранее не выдавалось.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соответствии со ст. 3 Федерального закона от 12.01.1995 № 5-ФЗ «О ветеранах» к ветеранам боевых действий относятся военнослужащие, в том числе уволенные в запас (отставку), принимавшие участие в боевых действиях и выполнении задач, предусмотренных этой статьёй и разделом III приложения к Закону. Удостоверение ветерана боевых действий является документом, подтверждающим право на меры социальной поддержки, и выдаётся по заявлениям ветеранов в порядке, установленном федеральным органом исполнительной власти (пункты 1, 2 Инструкции о порядке заполнения, выдачи и учёта удостоверения ветерана боевых действий, утверждённой постановлением Правительства РФ от 19.12.2003 № 763).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Министерстве обороны Российской Федерации порядок выдачи удостоверений установлен Порядком выдачи удостоверений ветерана боевых действий, утверждённым приказом Министра обороны РФ от 09.03.2023 № 111 (далее — Порядок). Обращения рассматриваются комиссиями видов Вооружённых Сил, военных округов, флотов, родов войск, военных комиссариатов субъектов Российской Федерации и центральной комиссией (п. 2 Порядка). Командир (начальник), получивший обращение военнослужащего, в течение 10 рабочих дней со дня регистрации направляет его с подтверждающими документами в кадровый орган, осуществляющий выдачу удостоверений; военный комиссариат по месту воинского учёта (жительства) в тот же срок направляет обращение в военный комиссариат субъекта Российской Федерации (пункты 7, 16 Порядка). При отсутствии подтверждающих документов заявитель сообщает об этом в обращении, а должностные лица при его согласии направляют запросы для их получения (пункты 11, 15 Порядка). Обращение рассматривается комиссией в сроки, установленные ч. 1 и 2 ст. 12 Федерального закона от 02.05.2006 № 59-ФЗ «О порядке рассмотрения обращений граждан Российской Федерации» (п. 18 Порядка).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Даю согласие на обработку моих персональных данных, указанных в настоящем обращении и приложенных к нему документах, в целях рассмотрения обращения и оформления удостоверения ветерана боевых действий.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3 Федерального закона «О ветеранах», постановлением Правительства РФ от 19.12.2003 № 763, Порядком выдачи удостоверений ветерана боевых действий в Министерстве обороны Российской Федерации,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Принять и зарегистрировать настоящее обращение и в течение 10 рабочих дней со дня регистрации направить его с приложенными документами для рассмотрения комиссией в кадровый орган (военный комиссариат субъекта Российской Федерации), осуществляющий выдачу удостоверений (пункты 7, 16 Порядка).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При отсутствии необходимых подтверждающих документов направить запросы для их получения (п. 15 Порядка).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Рассмотреть обращение и принять решение о выдаче мне удостоверения ветерана боевых действий.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О принятом решении уведомить меня в письменной форме по адресу: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Обращение составлено в двух экземплярах; прошу проставить на втором экземпляре отметку о регистрации (дата, входящий номер, должность и подпись принявшего лица).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Две фотографии размером 3 × 4 см (с правым углом, на матовой бумаге; для военнослужащих — в военной форме одежды);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паспорта (третья страница);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удостоверения личности военнослужащего (первая и вторая страницы, страницы со сведениями о воинском звании и воинской должности) или военного билета;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Выписки из приказов об участии в выполнении задач (о направлении, прибытии, зачислении в списки личного состава, постановке на довольствие, убытии) либо их копии, заверенные в установленном порядке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Документы, подтверждающие получение ранения, контузии или увечья в связи с выполнением задач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Реализованный наградной материал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Иные подтверждающие документы (командировочные удостоверения, архивные справки и др.): ____________;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Заявитель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(РАПОРТ) о выдаче удостоверения ветерана боевых действий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