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(суд, на территории которого находится учреждение, исполняющее наказание, — ч. 3 ст. 396 УПК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через администрацию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исправительного учреждения ФСИН России, адрес)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осуждённого: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год рождения, отряд)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 адвоката или законного представителя, если ходатайство подаёт он, реквизиты ордера или документа о полномочиях)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ХОДАТАЙСТВО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об условно-досрочном освобождении от отбывания наказания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Приговором ____________ (наименование суда) от «__» ____________ 20__ г. я осуждён(а) по ____________ (ч. __ ст. __ УК РФ) к наказанию в виде ____________ (лишения свободы / принудительных работ) на срок ____________ с отбыванием в ____________ (вид исправительного учреждения). Приговор вступил в законную силу «__» ____________ 20__ г. ____________ (если приговор изменялся в апелляционном или кассационном порядке — укажите реквизиты решения и окончательно назначенное наказание).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Начало срока отбывания наказания — «__» ____________ 20__ г., окончание срока — «__» ____________ 20__ г.. На дату подачи ходатайства фактически отбыто ____________ (лет, месяцев, дней), неотбытая часть наказания составляет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Совершённое мною преступление относится к категории ____________ (небольшой или средней тяжести / тяжких / особо тяжких — ст. 15 УК РФ). В соответствии с п. «__» ч. 3 ст. 79 УК РФ условно-досрочное освобождение может быть применено после фактического отбытия не менее ____________ (одной трети / половины / двух третей / трёх четвертей / четырёх пятых) срока наказания. Указанная часть срока отбыта мною «__» ____________ 20__ г.. Фактически отбытый срок лишения свободы составляет не менее шести месяцев (ч. 4 ст. 79 УК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 время отбывания наказания я ____________ (трудоустроен(а) в ____________ с «__» ____________ 20__ г. в должности ____________; прошёл(а) обучение и получил(а) специальность ____________). Имею ____________ поощрений: ____________ (за что и когда объявлены). ____________ (Взысканий не имею / имевшиеся взыскания сняты или погашены — укажите даты). Принимаю участие в ____________ (воспитательных, спортивных, культурно-массовых мероприятиях, работах по благоустройству). ____________ (С «__» ____________ 20__ г. переведён(а) на облегчённые условия отбывания наказания — при наличии).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Вину в совершённом преступлении ____________ (признаю, в содеянном раскаиваюсь — укажите, в чём выразилось раскаяние: принесение извинений потерпевшему, письма и т.п.). Причинённый преступлением вред ____________ (возмещён полностью / возмещён частично в сумме ____________ руб. из ____________ руб.: удержано по исполнительному листу № ____________, перечислено добровольно ____________ руб. / заглажен иным образом — укажите каким), что подтверждается ____________ (справкой бухгалтерии учреждения, квитанциями, распиской потерпевшего).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После освобождения я буду проживать по адресу: ____________ (адрес; кому принадлежит жилое помещение, имеется ли согласие собственника) совместно с ____________ (члены семьи). Имеется возможность трудоустройства: ____________ (наименование работодателя, должность — подтверждается гарантийным письмом). ____________ (Иные обстоятельства: наличие несовершеннолетних детей, нетрудоспособных родственников на иждивении, состояние здоровья.)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ч. 1 ст. 79 УК РФ лицо, отбывающее лишение свободы или принудительные работы, подлежит условно-досрочному освобождению, если судом будет признано, что для своего исправления оно не нуждается в полном отбывании назначенного судом наказания, а также возместило вред (полностью или частично), причинённый преступлением, в размере, определённом решением суда. При рассмотрении ходатайства суд учитывает поведение осуждённого, его отношение к учёбе и труду в течение всего периода отбывания наказания, в том числе имеющиеся поощрения и взыскания, отношение к совершённому деянию и то, что осуждённый частично или полностью возместил причинённый ущерб или иным образом загладил вред, а также заключение администрации исправительного учреждения о целесообразности условно-досрочного освобождения (ч. 4.1 ст. 79 УК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Осуждённый, а также его адвокат (законный представитель) вправе обратиться в суд с ходатайством об условно-досрочном освобождении; ходатайство подаётся через администрацию учреждения, исполняющего наказание, которая не позднее чем через 15 дней после его подачи направляет ходатайство в суд вместе с характеристикой осуждённого (ч. 1, 2 ст. 175 УИК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Отказ в условно-досрочном освобождении не может быть мотивирован основаниями, не указанными в законе, такими как наличие прежней судимости, мягкость назначенного наказания, непризнание вины, кратковременность пребывания в исправительном учреждении; характер и степень общественной опасности преступления не могут служить основанием для отказа, поскольку уже учтены при назначении наказания и в сроках, установленных ст. 79 УК РФ. Наличие взысканий само по себе не свидетельствует о том, что осуждённый нуждается в дальнейшем отбывании наказания (п. 6 постановления Пленума Верховного Суда РФ от 21.04.2009 № 8 «О судебной практике условно-досрочного освобождения от отбывания наказания, замены неотбытой части наказания более мягким видом наказания»).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Полагаю, что для своего исправления я не нуждаюсь в полном отбывании назначенного судом наказания. На основании изложенного, руководствуясь ст. 79 УК РФ, ст. 175 УИК РФ, ст. 396, 397, 399 УПК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Освободить меня, ____________ (Ф.И.О.), условно-досрочно от отбывания наказания, назначенного приговором ____________ (наименование суда) от «__» ____________ 20__ г., на неотбытый срок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Освободить меня полностью (частично) от отбывания дополнительного наказания в виде ____________ (указывается, если дополнительное наказание назначено, — ч. 1 ст. 79 УК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Рассмотреть ходатайство с моим участием ____________ (непосредственно / путём использования систем видео-конференц-связи) и с участием моего адвоката ____________ (Ф.И.О.) (ч. 2, 4 ст. 399 УПК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случае условно-досрочного освобождения обязуюсь исполнять обязанности, которые могут быть возложены на меня судом в соответствии с ч. 2 ст. 79 УК РФ.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приговора суда (а также решений апелляционной и кассационной инстанций, если приговор изменялся);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Документы о возмещении вреда, причинённого преступлением: справка бухгалтерии учреждения об удержаниях, квитанции о переводах, расписка или заявление потерпевшего;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Документы о поощрениях, трудоустройстве и обучении в учреждении (при наличии на руках);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 месте жительства после освобождения: выписка из ЕГРН, согласие собственника жилого помещения на проживание;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Гарантийное письмо работодателя о трудоустройстве;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Характеристики, документы о семейном положении, состоянии здоровья, наличии иждивенцев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Ордер адвоката или документ, подтверждающий полномочия законного представителя (если ходатайство подаёт он).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Осуждённый (адвокат, законный 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условно-досрочном освобождении от отбывания наказания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