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Кому: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(должность руководителя, наименование работодателя — организации или индивидуального предпринимателя,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работника, должность, структурное подразделение, табельный номер — при наличии, адрес, телефон)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 (УВЕДОМЛЕНИЕ)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приостановлении работы в связи с задержкой выплаты заработной платы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работаю в ____________ (наименование работодателя) с «__» ____________ 20__ г. в должности ____________ на основании трудового договора № ____________ от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Сроки выплаты заработной платы установлены ____________ (правилами внутреннего трудового распорядка / коллективным договором / трудовым договором): ____________ и ____________ числа каждого месяца. В соответствии с ч. 6 ст. 136 Трудового кодекса РФ заработная плата выплачивается не реже чем каждые полмесяца и не позднее 15 календарных дней со дня окончания периода, за который она начислена.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Заработная плата за ____________ (период — месяц, половина месяца) в размере ____________ руб., подлежавшая выплате не позднее «__» ____________ 20__ г., мне ____________ (не выплачена / выплачена частично в размере ____________ руб.). Общая сумма задолженности на дату настоящего заявления составляет ____________ руб. Срок задержки выплаты на дату настоящего заявления — ____________ календарных дней, то есть более 15 дней.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 ч. 2 ст. 142 Трудового кодекса РФ 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Право на приостановление работы не зависит от причин задержки и от наличия вины работодателя (п. 57 постановления Пленума Верховного Суда РФ от 17.03.2004 № 2).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не отношусь к категориям работников, которым приостановление работы запрещено ч. 2 ст. 142 Трудового кодекса РФ: не являюсь государственным служащим, не работаю в органах и организациях, ведающих вопросами обороны и безопасности государства, аварийно-спасательных и противопожарных работ, в организациях, непосредственно обслуживающих особо опасные виды производств и оборудования, и не выполняю работы, непосредственно связанные с обеспечением жизнедеятельности населения; военное и чрезвычайное положение по месту моей работы не введено.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Настоящим извещаю, что с «__» ____________ 20__ г. приостанавливаю работу до выплаты мне задержанной суммы в полном объёме. В период приостановления работы я вправе отсутствовать на рабочем месте в своё рабочее время; за мной сохраняется средний заработок (ст. 142 Трудового кодекса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выйду на работу не позднее следующего рабочего дня после получения письменного уведомления работодателя о готовности произвести выплату задержанной заработной платы в день моего выхода на работу. Уведомление прошу направить по адресу: ____________ (почтовый адрес) или на адрес электронной почты: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Кроме того, в силу ст. 236 Трудового кодекса РФ при нарушении установленного срока выплаты заработной платы работодатель обязан выплатить её с уплатой процентов (денежной компенсации) в размере не ниже одной сто пятидесятой действующей в это время ключевой ставки Центрального банка РФ от не выплаченных в срок сумм за каждый день задержки, начиная со следующего дня после установленного срока выплаты по день фактического расчёта включительно.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136, 142, 236 Трудового кодекса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Выплатить задержанную заработную плату за ____________ (период)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Выплатить денежную компенсацию за задержку выплаты заработной платы в соответствии со ст. 236 Трудового кодекса РФ за период с «__» ____________ 20__ г. по день фактического расчёта включительно.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Оплатить период приостановления работы в размере среднего заработка.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Письменно уведомить меня о дате выплаты задержанной заработной платы по указанному выше адресу.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Настоящее заявление составлено в двух экземплярах. Прошу на экземпляре работника проставить отметку о получении: дату, должность, Ф.И.О. и подпись принявшего лица. При отказе в приёме заявление направляется почтовым отправлением с описью вложения и уведомлением о вручении.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трудового договора (при наличии у работника);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расчётных листков за ____________ (период);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Выписка по банковскому счёту (карте), на который перечисляется заработная плата, за ____________ (период);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Расчёт задолженности по заработной плате и денежной компенсации за задержку (при наличии);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Работник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(УВЕДОМЛЕНИЕ) о приостановлении работы в связи с задержкой выплаты заработной платы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