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969"/>
        <w:gridCol w:w="5386"/>
      </w:tblGrid>
      <w:tr>
        <w:tc>
          <w:tcPr>
            <w:tcW w:type="dxa" w:w="3969"/>
          </w:tcPr>
          <w:p/>
        </w:tc>
        <w:tc>
          <w:tcPr>
            <w:tcW w:type="dxa" w:w="5386"/>
          </w:tcPr>
          <w:p>
            <w:pPr>
              <w:spacing w:after="0"/>
            </w:pPr>
            <w:r/>
            <w:r>
              <w:rPr>
                <w:rFonts w:ascii="Times New Roman" w:hAnsi="Times New Roman" w:eastAsia="Times New Roman"/>
                <w:sz w:val="24"/>
              </w:rPr>
              <w:t>В ____________ районный суд г. ____________</w:t>
            </w:r>
          </w:p>
          <w:p>
            <w:pPr>
              <w:spacing w:after="80"/>
            </w:pPr>
            <w:r>
              <w:rPr>
                <w:rFonts w:ascii="Times New Roman" w:hAnsi="Times New Roman" w:eastAsia="Times New Roman"/>
                <w:sz w:val="18"/>
              </w:rPr>
              <w:t>(по месту нахождения работодателя либо по месту жительства работника — ст. 28, ч. 6.3 ст. 29 ГПК РФ)</w:t>
            </w:r>
          </w:p>
          <w:p>
            <w:pPr>
              <w:spacing w:after="0"/>
            </w:pPr>
            <w:r>
              <w:rPr>
                <w:rFonts w:ascii="Times New Roman" w:hAnsi="Times New Roman" w:eastAsia="Times New Roman"/>
                <w:sz w:val="24"/>
              </w:rPr>
              <w:t>Истец: ____________</w:t>
            </w:r>
          </w:p>
          <w:p>
            <w:pPr>
              <w:spacing w:after="80"/>
            </w:pPr>
            <w:r>
              <w:rPr>
                <w:rFonts w:ascii="Times New Roman" w:hAnsi="Times New Roman" w:eastAsia="Times New Roman"/>
                <w:sz w:val="18"/>
              </w:rPr>
              <w:t>(Ф.И.О., дата и место рождения, место жительства, один из идентификаторов: СНИЛС, ИНН, серия и номер паспорта; телефон, адрес электронной почты)</w:t>
            </w:r>
          </w:p>
          <w:p>
            <w:pPr>
              <w:spacing w:after="0"/>
            </w:pPr>
            <w:r>
              <w:rPr>
                <w:rFonts w:ascii="Times New Roman" w:hAnsi="Times New Roman" w:eastAsia="Times New Roman"/>
                <w:sz w:val="24"/>
              </w:rPr>
              <w:t>Ответчик: ____________</w:t>
            </w:r>
          </w:p>
          <w:p>
            <w:pPr>
              <w:spacing w:after="80"/>
            </w:pPr>
            <w:r>
              <w:rPr>
                <w:rFonts w:ascii="Times New Roman" w:hAnsi="Times New Roman" w:eastAsia="Times New Roman"/>
                <w:sz w:val="18"/>
              </w:rPr>
              <w:t>(наименование работодателя, адрес, ИНН, ОГРН; для индивидуального предпринимателя — Ф.И.О., адрес, ОГРНИП)</w:t>
            </w:r>
          </w:p>
          <w:p>
            <w:pPr>
              <w:spacing w:after="0"/>
            </w:pPr>
            <w:r>
              <w:rPr>
                <w:rFonts w:ascii="Times New Roman" w:hAnsi="Times New Roman" w:eastAsia="Times New Roman"/>
                <w:sz w:val="24"/>
              </w:rPr>
              <w:t>Цена иска: ____________ руб.</w:t>
            </w:r>
          </w:p>
          <w:p>
            <w:pPr>
              <w:spacing w:after="80"/>
            </w:pPr>
            <w:r>
              <w:rPr>
                <w:rFonts w:ascii="Times New Roman" w:hAnsi="Times New Roman" w:eastAsia="Times New Roman"/>
                <w:sz w:val="18"/>
              </w:rPr>
              <w:t>(указывается при заявлении требования о взыскании денежных сумм, например премии; требование об отмене взыскания имущественной оценки не имеет)</w:t>
            </w:r>
          </w:p>
          <w:p>
            <w:pPr>
              <w:spacing w:after="0"/>
            </w:pPr>
            <w:r>
              <w:rPr>
                <w:rFonts w:ascii="Times New Roman" w:hAnsi="Times New Roman" w:eastAsia="Times New Roman"/>
                <w:sz w:val="24"/>
              </w:rPr>
              <w:t>Госпошлина: не уплачивается</w:t>
            </w:r>
          </w:p>
          <w:p>
            <w:pPr>
              <w:spacing w:after="80"/>
            </w:pPr>
            <w:r>
              <w:rPr>
                <w:rFonts w:ascii="Times New Roman" w:hAnsi="Times New Roman" w:eastAsia="Times New Roman"/>
                <w:sz w:val="18"/>
              </w:rPr>
              <w:t>(работник освобождён от уплаты пошлин и судебных расходов по требованиям, вытекающим из трудовых отношений, — ст. 393 ТК РФ)</w:t>
            </w:r>
          </w:p>
        </w:tc>
      </w:tr>
    </w:tbl>
    <w:p/>
    <w:p>
      <w:pPr>
        <w:spacing w:after="40" w:before="0"/>
        <w:jc w:val="center"/>
      </w:pPr>
      <w:r>
        <w:rPr>
          <w:rFonts w:ascii="Times New Roman" w:hAnsi="Times New Roman" w:eastAsia="Times New Roman"/>
          <w:b/>
          <w:sz w:val="28"/>
        </w:rPr>
        <w:t>ИСКОВОЕ ЗАЯВЛЕНИЕ</w:t>
      </w:r>
    </w:p>
    <w:p>
      <w:pPr>
        <w:spacing w:after="240" w:before="0"/>
        <w:jc w:val="center"/>
      </w:pPr>
      <w:r>
        <w:rPr>
          <w:rFonts w:ascii="Times New Roman" w:hAnsi="Times New Roman" w:eastAsia="Times New Roman"/>
          <w:b/>
          <w:sz w:val="24"/>
        </w:rPr>
        <w:t>о признании незаконным и отмене дисциплинарного взыскания</w:t>
      </w:r>
    </w:p>
    <w:p>
      <w:pPr>
        <w:spacing w:after="120" w:before="0"/>
        <w:ind w:firstLine="567"/>
        <w:jc w:val="both"/>
      </w:pPr>
      <w:r>
        <w:rPr>
          <w:rFonts w:ascii="Times New Roman" w:hAnsi="Times New Roman" w:eastAsia="Times New Roman"/>
          <w:sz w:val="24"/>
        </w:rPr>
        <w:t>Я работаю у ответчика с «__» ____________ 20__ г. в должности ____________ на основании трудового договора № ____________ от «__» ____________ 20__ г. Мои трудовые обязанности определены ____________ (трудовым договором / должностной инструкцией от «__» ____________ 20__ г.).</w:t>
      </w:r>
    </w:p>
    <w:p>
      <w:pPr>
        <w:spacing w:after="120" w:before="0"/>
        <w:ind w:firstLine="567"/>
        <w:jc w:val="both"/>
      </w:pPr>
      <w:r>
        <w:rPr>
          <w:rFonts w:ascii="Times New Roman" w:hAnsi="Times New Roman" w:eastAsia="Times New Roman"/>
          <w:sz w:val="24"/>
        </w:rPr>
        <w:t>Приказом ответчика № ____________ от «__» ____________ 20__ г. ко мне применено дисциплинарное взыскание в виде ____________ (замечания / выговора) за ____________ (формулировка вменяемого проступка из приказа). С приказом я ознакомлен(а) «__» ____________ 20__ г.</w:t>
      </w:r>
    </w:p>
    <w:p>
      <w:pPr>
        <w:spacing w:after="120" w:before="0"/>
        <w:ind w:firstLine="567"/>
        <w:jc w:val="both"/>
      </w:pPr>
      <w:r>
        <w:rPr>
          <w:rFonts w:ascii="Times New Roman" w:hAnsi="Times New Roman" w:eastAsia="Times New Roman"/>
          <w:sz w:val="24"/>
        </w:rPr>
        <w:t>Считаю приказ незаконным по следующим основаниям.</w:t>
      </w:r>
    </w:p>
    <w:p>
      <w:pPr>
        <w:spacing w:after="120" w:before="0"/>
        <w:ind w:firstLine="567"/>
        <w:jc w:val="both"/>
      </w:pPr>
      <w:r>
        <w:rPr>
          <w:rFonts w:ascii="Times New Roman" w:hAnsi="Times New Roman" w:eastAsia="Times New Roman"/>
          <w:sz w:val="24"/>
        </w:rPr>
        <w:t>Первое — отсутствует дисциплинарный проступок. Дисциплинарным проступком является виновное неисполнение или ненадлежащее исполнение работником по его вине возложенных на него трудовых обязанностей (ст. 192 ТК РФ, п. 35 постановления Пленума Верховного Суда РФ от 17.03.2004 № 2). Вменяемое мне нарушение ____________ (не совершалось / не входит в мои трудовые обязанности / произошло по причинам, от меня не зависящим: ____________), что подтверждается ____________ (документы, переписка, показания свидетелей).</w:t>
      </w:r>
    </w:p>
    <w:p>
      <w:pPr>
        <w:spacing w:after="120" w:before="0"/>
        <w:ind w:firstLine="567"/>
        <w:jc w:val="both"/>
      </w:pPr>
      <w:r>
        <w:rPr>
          <w:rFonts w:ascii="Times New Roman" w:hAnsi="Times New Roman" w:eastAsia="Times New Roman"/>
          <w:sz w:val="24"/>
        </w:rPr>
        <w:t>Второе — нарушен порядок применения взыскания, установленный ст. 193 ТК РФ: ____________ (письменное объяснение от меня до применения взыскания не истребовано / приказ издан до истечения двух рабочих дней после требования о даче объяснения / взыскание применено позднее одного месяца со дня обнаружения проступка — проступок обнаружен «__» ____________ 20__ г. / взыскание применено позднее шести месяцев со дня совершения проступка / приказ объявлен мне позднее трёх рабочих дней со дня его издания / за один проступок применено более одного взыскания).</w:t>
      </w:r>
    </w:p>
    <w:p>
      <w:pPr>
        <w:spacing w:after="120" w:before="0"/>
        <w:ind w:firstLine="567"/>
        <w:jc w:val="both"/>
      </w:pPr>
      <w:r>
        <w:rPr>
          <w:rFonts w:ascii="Times New Roman" w:hAnsi="Times New Roman" w:eastAsia="Times New Roman"/>
          <w:sz w:val="24"/>
        </w:rPr>
        <w:t>Третье — при выборе взыскания не учтены тяжесть проступка, обстоятельства, при которых он совершён, моё предшествующее поведение и отношение к труду (ч. 5 ст. 192 ТК РФ): ____________ (стаж работы, отсутствие ранее наложенных взысканий, поощрения, отсутствие последствий для работодателя).</w:t>
      </w:r>
    </w:p>
    <w:p>
      <w:pPr>
        <w:spacing w:after="120" w:before="0"/>
        <w:ind w:firstLine="567"/>
        <w:jc w:val="both"/>
      </w:pPr>
      <w:r>
        <w:rPr>
          <w:rFonts w:ascii="Times New Roman" w:hAnsi="Times New Roman" w:eastAsia="Times New Roman"/>
          <w:sz w:val="24"/>
        </w:rPr>
        <w:t>Согласно п. 53 постановления Пленума Верховного Суда РФ от 17.03.2004 № 2 «О применении судами Российской Федерации Трудового кодекса Российской Федерации» обязанность доказать, что работник совершил дисциплинарный проступок и что при наложении взыскания учитывались его тяжесть, обстоятельства совершения, предшествующее поведение работника и его отношение к труду, лежит на работодателе.</w:t>
      </w:r>
    </w:p>
    <w:p>
      <w:pPr>
        <w:spacing w:after="120" w:before="0"/>
        <w:ind w:firstLine="567"/>
        <w:jc w:val="both"/>
      </w:pPr>
      <w:r>
        <w:rPr>
          <w:rFonts w:ascii="Times New Roman" w:hAnsi="Times New Roman" w:eastAsia="Times New Roman"/>
          <w:sz w:val="24"/>
        </w:rPr>
        <w:t>В связи с применением взыскания ____________ (мне не выплачена премия за ____________ в размере ____________ руб. / иные последствия: ____________).</w:t>
      </w:r>
    </w:p>
    <w:p>
      <w:pPr>
        <w:spacing w:after="120" w:before="0"/>
        <w:ind w:firstLine="567"/>
        <w:jc w:val="both"/>
      </w:pPr>
      <w:r>
        <w:rPr>
          <w:rFonts w:ascii="Times New Roman" w:hAnsi="Times New Roman" w:eastAsia="Times New Roman"/>
          <w:sz w:val="24"/>
        </w:rPr>
        <w:t>Незаконными действиями ответчика мне причинён моральный вред, выразившийся в ____________ (переживаниях, ухудшении здоровья, ущербе деловой репутации). В силу ст. 237 ТК РФ моральный вред, причинённый работнику неправомерными действиями работодателя, возмещается в денежной форме; размер компенсации оцениваю в ____________ руб.</w:t>
      </w:r>
    </w:p>
    <w:p>
      <w:pPr>
        <w:spacing w:after="120" w:before="0"/>
        <w:ind w:firstLine="567"/>
        <w:jc w:val="both"/>
      </w:pPr>
      <w:r>
        <w:rPr>
          <w:rFonts w:ascii="Times New Roman" w:hAnsi="Times New Roman" w:eastAsia="Times New Roman"/>
          <w:sz w:val="24"/>
        </w:rPr>
        <w:t>Срок обращения в суд, установленный ч. 1 ст. 392 ТК РФ (три месяца со дня, когда работник узнал или должен был узнать о нарушении своего права), не пропущен: о применении взыскания мне стало известно «__» ____________ 20__ г. Дисциплинарное взыскание может быть обжаловано работником в органы по рассмотрению индивидуальных трудовых споров (ч. 7 ст. 193 ТК РФ); работник вправе обратиться непосредственно в суд (ст. 391 ТК РФ). Иск о восстановлении трудовых прав может быть предъявлен по месту жительства истца (ч. 6.3 ст. 29 ГПК РФ).</w:t>
      </w:r>
    </w:p>
    <w:p>
      <w:pPr>
        <w:spacing w:after="120" w:before="0"/>
        <w:ind w:firstLine="567"/>
        <w:jc w:val="both"/>
      </w:pPr>
      <w:r>
        <w:rPr>
          <w:rFonts w:ascii="Times New Roman" w:hAnsi="Times New Roman" w:eastAsia="Times New Roman"/>
          <w:sz w:val="24"/>
        </w:rPr>
        <w:t>На основании изложенного, руководствуясь ст. 192, 193, 237, 391, 392, 393 Трудового кодекса РФ, ст. 131, 132 Гражданского процессуального кодекса РФ,</w:t>
      </w:r>
    </w:p>
    <w:p>
      <w:pPr>
        <w:spacing w:after="120" w:before="0"/>
        <w:jc w:val="center"/>
      </w:pPr>
      <w:r>
        <w:rPr>
          <w:rFonts w:ascii="Times New Roman" w:hAnsi="Times New Roman" w:eastAsia="Times New Roman"/>
          <w:b/>
          <w:sz w:val="26"/>
        </w:rPr>
        <w:t>ПРОШУ СУД:</w:t>
      </w:r>
    </w:p>
    <w:p>
      <w:pPr>
        <w:spacing w:after="120" w:before="0"/>
        <w:ind w:firstLine="567"/>
        <w:jc w:val="both"/>
      </w:pPr>
      <w:r>
        <w:rPr>
          <w:rFonts w:ascii="Times New Roman" w:hAnsi="Times New Roman" w:eastAsia="Times New Roman"/>
          <w:sz w:val="24"/>
        </w:rPr>
        <w:t>1. Признать незаконным и отменить приказ ____________ (наименование ответчика) № ____________ от «__» ____________ 20__ г. о применении к ____________ (Ф.И.О. истца) дисциплинарного взыскания в виде ____________ (замечания / выговора).</w:t>
      </w:r>
    </w:p>
    <w:p>
      <w:pPr>
        <w:spacing w:after="120" w:before="0"/>
        <w:ind w:firstLine="567"/>
        <w:jc w:val="both"/>
      </w:pPr>
      <w:r>
        <w:rPr>
          <w:rFonts w:ascii="Times New Roman" w:hAnsi="Times New Roman" w:eastAsia="Times New Roman"/>
          <w:sz w:val="24"/>
        </w:rPr>
        <w:t>2. Взыскать с ответчика в пользу истца невыплаченную премию за ____________ (период) в размере ____________ руб. (требование заявляется, если лишение премии связано с применённым взысканием).</w:t>
      </w:r>
    </w:p>
    <w:p>
      <w:pPr>
        <w:spacing w:after="120" w:before="0"/>
        <w:ind w:firstLine="567"/>
        <w:jc w:val="both"/>
      </w:pPr>
      <w:r>
        <w:rPr>
          <w:rFonts w:ascii="Times New Roman" w:hAnsi="Times New Roman" w:eastAsia="Times New Roman"/>
          <w:sz w:val="24"/>
        </w:rPr>
        <w:t>3. Взыскать с ответчика в пользу истца компенсацию морального вреда в размере ____________ руб.</w:t>
      </w:r>
    </w:p>
    <w:p>
      <w:pPr>
        <w:spacing w:after="40" w:before="0"/>
        <w:jc w:val="left"/>
      </w:pPr>
      <w:r>
        <w:rPr>
          <w:rFonts w:ascii="Times New Roman" w:hAnsi="Times New Roman" w:eastAsia="Times New Roman"/>
          <w:b/>
          <w:sz w:val="24"/>
        </w:rPr>
        <w:t>Приложения:</w:t>
      </w:r>
    </w:p>
    <w:p>
      <w:pPr>
        <w:spacing w:after="0" w:before="0"/>
        <w:jc w:val="both"/>
      </w:pPr>
      <w:r>
        <w:rPr>
          <w:rFonts w:ascii="Times New Roman" w:hAnsi="Times New Roman" w:eastAsia="Times New Roman"/>
          <w:sz w:val="24"/>
        </w:rPr>
        <w:t>1. Документ, подтверждающий направление ответчику копии искового заявления и приложенных документов (почтовая квитанция с описью вложения или иной документ);</w:t>
      </w:r>
    </w:p>
    <w:p>
      <w:pPr>
        <w:spacing w:after="0" w:before="0"/>
        <w:jc w:val="both"/>
      </w:pPr>
      <w:r>
        <w:rPr>
          <w:rFonts w:ascii="Times New Roman" w:hAnsi="Times New Roman" w:eastAsia="Times New Roman"/>
          <w:sz w:val="24"/>
        </w:rPr>
        <w:t>2. Копия трудового договора и дополнительных соглашений к нему;</w:t>
      </w:r>
    </w:p>
    <w:p>
      <w:pPr>
        <w:spacing w:after="0" w:before="0"/>
        <w:jc w:val="both"/>
      </w:pPr>
      <w:r>
        <w:rPr>
          <w:rFonts w:ascii="Times New Roman" w:hAnsi="Times New Roman" w:eastAsia="Times New Roman"/>
          <w:sz w:val="24"/>
        </w:rPr>
        <w:t>3. Копия должностной инструкции (при наличии);</w:t>
      </w:r>
    </w:p>
    <w:p>
      <w:pPr>
        <w:spacing w:after="0" w:before="0"/>
        <w:jc w:val="both"/>
      </w:pPr>
      <w:r>
        <w:rPr>
          <w:rFonts w:ascii="Times New Roman" w:hAnsi="Times New Roman" w:eastAsia="Times New Roman"/>
          <w:sz w:val="24"/>
        </w:rPr>
        <w:t>4. Копия приказа о применении дисциплинарного взыскания;</w:t>
      </w:r>
    </w:p>
    <w:p>
      <w:pPr>
        <w:spacing w:after="0" w:before="0"/>
        <w:jc w:val="both"/>
      </w:pPr>
      <w:r>
        <w:rPr>
          <w:rFonts w:ascii="Times New Roman" w:hAnsi="Times New Roman" w:eastAsia="Times New Roman"/>
          <w:sz w:val="24"/>
        </w:rPr>
        <w:t>5. Копия требования о даче объяснения и письменного объяснения работника либо акта о непредоставлении объяснения (при наличии);</w:t>
      </w:r>
    </w:p>
    <w:p>
      <w:pPr>
        <w:spacing w:after="0" w:before="0"/>
        <w:jc w:val="both"/>
      </w:pPr>
      <w:r>
        <w:rPr>
          <w:rFonts w:ascii="Times New Roman" w:hAnsi="Times New Roman" w:eastAsia="Times New Roman"/>
          <w:sz w:val="24"/>
        </w:rPr>
        <w:t>6. Документы, подтверждающие отсутствие проступка и нарушение порядка применения взыскания (служебная переписка, графики, табели учёта рабочего времени и иные);</w:t>
      </w:r>
    </w:p>
    <w:p>
      <w:pPr>
        <w:spacing w:after="0" w:before="0"/>
        <w:jc w:val="both"/>
      </w:pPr>
      <w:r>
        <w:rPr>
          <w:rFonts w:ascii="Times New Roman" w:hAnsi="Times New Roman" w:eastAsia="Times New Roman"/>
          <w:sz w:val="24"/>
        </w:rPr>
        <w:t>7. Документы о размере невыплаченной премии и расчёт взыскиваемой суммы (при заявлении такого требования);</w:t>
      </w:r>
    </w:p>
    <w:p>
      <w:pPr>
        <w:spacing w:after="0" w:before="0"/>
        <w:jc w:val="both"/>
      </w:pPr>
      <w:r>
        <w:rPr>
          <w:rFonts w:ascii="Times New Roman" w:hAnsi="Times New Roman" w:eastAsia="Times New Roman"/>
          <w:sz w:val="24"/>
        </w:rPr>
        <w:t>8. Документы, подтверждающие причинение морального вреда (при наличии);</w:t>
      </w:r>
    </w:p>
    <w:p>
      <w:pPr>
        <w:spacing w:after="0" w:before="0"/>
        <w:jc w:val="both"/>
      </w:pPr>
      <w:r>
        <w:rPr>
          <w:rFonts w:ascii="Times New Roman" w:hAnsi="Times New Roman" w:eastAsia="Times New Roman"/>
          <w:sz w:val="24"/>
        </w:rPr>
        <w:t>9. Доверенность представителя (если иск подписывает представитель);</w:t>
      </w:r>
    </w:p>
    <w:p/>
    <w:p>
      <w:pPr>
        <w:spacing w:after="120" w:before="0"/>
        <w:jc w:val="left"/>
      </w:pPr>
      <w:r>
        <w:rPr>
          <w:rFonts w:ascii="Times New Roman" w:hAnsi="Times New Roman" w:eastAsia="Times New Roman"/>
          <w:sz w:val="24"/>
        </w:rPr>
        <w:t>«___» ____________ 20___ г.</w:t>
      </w:r>
    </w:p>
    <w:p>
      <w:pPr>
        <w:spacing w:after="0" w:before="0"/>
        <w:jc w:val="left"/>
      </w:pPr>
      <w:r>
        <w:rPr>
          <w:rFonts w:ascii="Times New Roman" w:hAnsi="Times New Roman" w:eastAsia="Times New Roman"/>
          <w:sz w:val="24"/>
        </w:rPr>
        <w:t>Истец (представитель) ___________________ / ______________________ /</w:t>
      </w:r>
    </w:p>
    <w:p>
      <w:pPr>
        <w:spacing w:after="200" w:before="0"/>
        <w:jc w:val="left"/>
      </w:pPr>
      <w:r>
        <w:rPr>
          <w:rFonts w:ascii="Times New Roman" w:hAnsi="Times New Roman" w:eastAsia="Times New Roman"/>
          <w:sz w:val="18"/>
        </w:rPr>
        <w:t xml:space="preserve">                              (подпись)                      (Ф.И.О.)</w:t>
      </w:r>
    </w:p>
    <w:p>
      <w:pPr>
        <w:spacing w:after="0" w:before="0"/>
        <w:jc w:val="center"/>
      </w:pPr>
      <w:r>
        <w:rPr>
          <w:rFonts w:ascii="Times New Roman" w:hAnsi="Times New Roman" w:eastAsia="Times New Roman"/>
          <w:sz w:val="16"/>
        </w:rPr>
        <w:t>Образец подготовлен для ознакомления. Документ составляется под конкретную ситуацию.</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признании незаконным и отмене дисциплинарного взыскания</dc:title>
  <dc:subject/>
  <dc:creator>Malov &amp; Malov</dc:creator>
  <cp:keywords/>
  <dc:description>generated by python-docx</dc:description>
  <cp:lastModifiedBy/>
  <cp:revision>1</cp:revision>
  <dcterms:created xsi:type="dcterms:W3CDTF">2013-12-23T23:15:00Z</dcterms:created>
  <dcterms:modified xsi:type="dcterms:W3CDTF">2013-12-23T23:15:00Z</dcterms:modified>
  <cp:category/>
</cp:coreProperties>
</file>