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Кому: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исполнителя услуги — страховой компании, компании, выдавшей карту помощи на дорогах или сертификат, банка; адрес, ИНН, ОГРН)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Копия: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банка-кредитора — если услуга оформлена при выдаче кредита)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дата рождения, паспорт: серия и номер, адрес, телефон, эл. почта)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Договор (полис, сертификат, карта) № ____________ от «__» ____________ 20__ г.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об отказе от дополнительной услуги и возврате уплаченных денежных средств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при ____________ (покупке автомобиля по договору купли-продажи № ____________ / заключении с ____________ (наименование банка) договора потребительского кредита № ____________) мной заключён (мне подключена дополнительная платная услуга) ____________ (договор добровольного страхования (полис) / договор на оказание услуг помощи на дорогах (карта, сертификат) / договор о предоставлении независимой гарантии / иной договор) № ____________ с ____________ (наименование исполнителя). Стоимость услуги составила ____________ руб. и оплачена ____________ (за счёт кредитных средств — перечислена банком по моему поручению / наличными / банковской картой), что подтверждается ____________ (чек, выписка по счёту, кредитный договор).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Услугами по договору я не пользовался(ась) и за их оказанием к исполнителю не обращался(ась); по договору страхования событий, имеющих признаки страхового случая, не наступало. Необходимости в услуге не имею. ____________ (При наличии: услуга была представлена как обязательное условие покупки автомобиля или выдачи кредита либо включена в договор без отдельного согласия.)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соответствии со ст. 32 Закона РФ «О защите прав потребителей» и п. 1 ст. 782 ГК РФ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договору. Условия, которые устанавливают для потребителя штрафные санкции или иные обязанности, препятствующие реализации этого права, а также обусловливают приобретение одних услуг обязательным приобретением иных, являются недопустимыми и ничтожными (п. 1, пп. 3, 5 п. 2 ст. 16 Закона РФ «О защите прав потребителей»). Абонентский характер договора (ст. 429.4 ГК РФ) не лишает потребителя права на отказ от договора по ст. 32 Закона РФ «О защите прав потребителей».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(Если услуга оформлена при заключении договора потребительского кредита.) Заёмщик вправе в течение тридцати календарных дней со дня выражения согласия на оказание дополнительной услуги отказаться от неё, обратившись к лицу, оказывающему услугу; это лицо обязано вернуть уплаченные денежные средства за вычетом стоимости фактически оказанной части услуги в срок, не превышающий семи рабочих дней со дня получения заявления (п. 3 ч. 2.1, п. 2, 3 ч. 2.7, ч. 2.9 ст. 7 Федерального закона от 21.12.2013 № 353-ФЗ «О потребительском кредите (займе)»). Если третье лицо деньги не вернуло, заёмщик вправе потребовать их возврата от кредитора не ранее чем через тридцать и не позднее чем через сто восемьдесят календарных дней со дня обращения к третьему лицу (ч. 2.10, 2.11 ст. 7 указанного Закона).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(Если отказ заявлен от договора страхования, связанного с кредитом.) При отказе заёмщика от договора добровольного страхования, заключённого в целях обеспечения исполнения обязательств по договору потребительского кредита, в течение тридцати календарных дней со дня его заключения страховщик обязан возвратить страховую премию в полном объёме в срок, не превышающий семи рабочих дней со дня получения письменного заявления (ч. 11 ст. 11 Закона № 353-ФЗ). Заёмщик, подключённый к договору личного страхования, страхователем по которому является кредитор (третье лицо, действующее в его интересах), вправе в тот же срок потребовать исключить его из числа застрахованных лиц с возвратом уплаченных средств в полном объёме в течение семи рабочих дней (ч. 2.5 ст. 7 Закона № 353-ФЗ).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(Если договор страхования заключён не в связи с кредитом.) Страхователь — физическое лицо вправе отказаться от договора добровольного страхования в течение четырнадцати календарных дней со дня его заключения при отсутствии событий, имеющих признаки страхового случая. При отказе до даты начала действия страхования премия возвращается в полном объёме, после этой даты — за вычетом части, пропорциональной сроку действия договора; возврат производится в срок не более десяти рабочих дней со дня получения письменного заявления (п. 1, 5, 6, 8 Указания Банка России от 20.11.2015 № 3854-У «О минимальных (стандартных) требованиях к условиям и порядку осуществления отдельных видов добровольного страхования»).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(По иным договорам — карта помощи на дорогах, сертификат, независимая гарантия и т.п.) Если срок возврата денежных средств не установлен законом или договором, обязательство подлежит исполнению в течение семи дней со дня предъявления требования (п. 2 ст. 314 ГК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16, 32 Закона РФ «О защите прав потребителей», ст. 314, 782 ГК РФ, ст. 7, 11 Федерального закона «О потребительском кредите (займе)»,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ТРЕБУЮ: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Принять мой отказ от договора (услуги) ____________ № ____________ от «__» ____________ 20__ г. и считать договор прекращённым с даты получения настоящего заявления; при подключении к договору личного страхования, страхователем по которому является кредитор, — исключить меня из числа застрахованных лиц.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Возвратить уплаченные мною денежные средства в размере ____________ руб. ____________ (полностью / за вычетом документально подтверждённых фактических расходов исполнителя / пропорционально неистёкшему сроку действия договора).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Перечислить денежные средства на счёт: ____________ (реквизиты банковского счёта) в срок, установленный законом: при отказе от услуги, оформленной при кредите, — не более семи рабочих дней; при отказе от договора добровольного страхования в течение четырнадцати календарных дней — не более десяти рабочих дней; в остальных случаях — в течение семи дней со дня получения заявления.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Направить мне письменный ответ на настоящее заявление по адресу: ____________ (почтовый адрес или адрес эл. почты).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Копия настоящего заявления направлена кредитору ____________ (наименование банка) — если услуга оформлена при заключении договора потребительского кредита.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Если исполнитель — страховая организация или банк, настоящее заявление направляется также в порядке ст. 16 Федерального закона от 04.06.2018 № 123-ФЗ «Об уполномоченном по правам потребителей финансовых услуг». В случае неудовлетворения требований я буду вынужден(а) обратиться к финансовому уполномоченному или в суд с требованиями о взыскании уплаченных денежных средств, компенсации морального вреда (ст. 15 Закона РФ «О защите прав потребителей»), штрафа (п. 6 ст. 13 Закона РФ «О защите прав потребителей») и процентов за пользование чужими денежными средствами (ст. 395 ГК РФ).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договора (полиса, сертификата, карты, заявления о присоединении) № ____________ от «__» ____________ 20__ г.;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Копия документа об оплате услуги (чек, платёжное поручение, выписка по счёту);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Копия договора потребительского кредита и заявления о предоставлении кредита (если услуга оформлена при кредите);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Копия договора купли-продажи автомобиля (если услуга оформлена при его покупке);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Копия паспорта (страница с фотографией и страница с регистрацией);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Реквизиты банковского счёта для возврата денежных средств.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Заявитель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дополнительной услуги и возврате уплаченных денежных средств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