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</w:r>
    </w:p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ДОГОВОР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купли-продажи квартиры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г. ____________                                                       «__» ____________ 20__ г.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Гражданин(ка) РФ ____________ (Ф.И.О., дата и место рождения, паспорт: серия ____________ № ____________, выдан ____________ (кем и когда), код подразделения ____________, зарегистрирован(а) по адресу: ____________), именуемый(ая) в дальнейшем «Продавец», с одной стороны, и гражданин(ка) РФ ____________ (Ф.И.О., дата и место рождения, паспорт: серия ____________ № ____________, выдан ____________ (кем и когда), код подразделения ____________, зарегистрирован(а) по адресу: ____________), именуемый(ая) в дальнейшем «Покупатель», с другой стороны, вместе именуемые «Стороны», заключили настоящий договор (далее — Договор) о нижеследующем.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ПРЕДМЕТ ДОГОВОРА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1.1. Продавец обязуется передать в собственность Покупателя, а Покупатель обязуется принять и оплатить квартиру, расположенную по адресу: ____________ (субъект РФ, город, улица, дом, корпус, строение, номер квартиры), кадастровый номер ____________, общей площадью ____________ кв. м, назначение: жилое помещение, этаж ____________, количество комнат ____________ (далее — Квартира).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1.2. Квартира принадлежит Продавцу на праве собственности на основании ____________ (договор купли-продажи, договор участия в долевом строительстве, договор дарения, свидетельство о праве на наследство и т. п., его дата и номер), что подтверждается выпиской из Единого государственного реестра недвижимости от «__» ____________ 20__ г. (запись регистрации № ____________ от «__» ____________ 20__ г.).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1.3. Вместе с правом собственности на Квартиру к Покупателю переходит доля в праве общей собственности на общее имущество в многоквартирном доме (ст. 290 ГК РФ, ст. 38 Жилищного кодекса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1.4. Квартира отчуждается целиком. Если Квартира находится в общей долевой собственности, по Договору её продают все участники долевой собственности. Основания для обязательного нотариального удостоверения Договора, предусмотренные ч. 1.1 ст. 42 и ч. 2 ст. 54 Федерального закона от 13.07.2015 № 218-ФЗ «О государственной регистрации недвижимости» (продажа доли не всеми сособственниками по одной сделке; продажа недвижимости, принадлежащей несовершеннолетнему или ограниченно дееспособному гражданину; распоряжение имуществом на условиях опеки), отсутствуют. При наличии таких оснований Договор подлежит нотариальному удостоверению.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ЦЕНА И ПОРЯДОК РАСЧЁТОВ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2.1. Цена Квартиры составляет ____________ (сумма цифрами и прописью) рублей. Цена является окончательной и изменению не подлежит (ст. 555 ГК РФ). В цену включена стоимость доли в праве общей собственности на общее имущество многоквартирного дома.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2.2. Оплата производится за счёт ____________ (собственных средств Покупателя / собственных и кредитных средств, предоставленных ____________ по кредитному договору № ____________ от «__» ____________ 20__ г.).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2.3. Расчёты производятся следующим способом: ____________ (безотзывный покрытый аккредитив, открытый Покупателем в ____________ (банк) в пользу Продавца, с условием раскрытия после государственной регистрации перехода права собственности к Покупателю и предоставления выписки из Единого государственного реестра недвижимости / безналичный перевод через сервис безопасных расчётов банка / перечисление на счёт Продавца № ____________ в ____________ (банк) в срок до «__» ____________ 20__ г. / иной способ: ____________). Обязанность Покупателя по оплате считается исполненной с момента ____________ (зачисления денежных средств на счёт Продавца / раскрытия аккредитива). Получение денежных средств Продавец подтверждает ____________ (распиской / банковскими документами).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2.4. Если оплата полностью или частично производится после государственной регистрации перехода права собственности, ____________ (Квартира с момента её передачи Покупателю и до полной оплаты находится в залоге у Продавца в силу закона (п. 5 ст. 488 ГК РФ) / Стороны договорились, что залог Квартиры в силу закона у Продавца не возникает).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ОБЯЗАТЕЛЬСТВА И ЗАВЕРЕНИЯ ПРОДАВЦА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3.1. Продавец заверяет, что до заключения Договора Квартира никому не продана, не подарена, не заложена, в споре и под арестом (запрещением) не состоит, правами третьих лиц не обременена, в аренде или безвозмездном пользовании не находится, кроме ____________ (указать, если есть). Продавец не находится в процедуре банкротства и не отвечает признакам неплатёжеспособности.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3.2. Продавец заверяет, что ____________ (Квартира не является общим имуществом супругов / получено нотариально удостоверенное согласие супруга ____________ (Ф.И.О.) на продажу Квартиры от «__» ____________ 20__ г., зарегистрированное в реестре за № ____________ — п. 3 ст. 35 Семейного кодекса РФ). Права несовершеннолетних, недееспособных и ограниченно дееспособных лиц продажей Квартиры не нарушаются; ____________ (несовершеннолетние в числе собственников отсутствуют / получено предварительное разрешение органа опеки и попечительства № ____________ от «__» ____________ 20__ г.).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3.3. Продавец заверяет, что задолженность по оплате жилого помещения, коммунальных услуг и взносов на капитальный ремонт на дату подписания Договора отсутствует (при переходе права собственности к новому собственнику переходит обязанность по уплате неуплаченных прежним собственником взносов на капитальный ремонт — ч. 3 ст. 158 Жилищного кодекса РФ). Перепланировка и переустройство Квартиры без согласования не производились, кроме ____________ (указать, если есть).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3.4. В соответствии с п. 1 ст. 558 ГК РФ Стороны указывают перечень лиц, сохраняющих право пользования Квартирой после её приобретения Покупателем: ____________ (такие лица отсутствуют / Ф.И.О. и основание сохранения права пользования).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3.5. На момент подписания Договора в Квартире зарегистрированы по месту жительства: ____________ (Ф.И.О. / зарегистрированные лица отсутствуют). Продавец обязуется обеспечить снятие с регистрационного учёта всех зарегистрированных в Квартире лиц, не сохраняющих право пользования ею, в срок до «__» ____________ 20__ г.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ПЕРЕДАЧА КВАРТИРЫ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4.1. Продавец передаёт Квартиру Покупателю по передаточному акту, подписываемому Сторонами (ст. 556 ГК РФ), в срок не позднее ____________ (дней с даты государственной регистрации перехода права собственности / с даты полной оплаты). Квартира передаётся свободной от проживания и от имущества Продавца, кроме ____________ (перечень оставляемого имущества), вместе с ключами и ____________ (документы, приборы учёта с указанием показаний).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4.2. Покупатель осмотрел Квартиру до подписания Договора и претензий к её техническому состоянию не имеет, за исключением недостатков, о которых Продавец не мог не знать и не сообщил Покупателю. Риск случайной гибели или случайного повреждения Квартиры до подписания передаточного акта несёт Продавец.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ГОСУДАРСТВЕННАЯ РЕГИСТРАЦИЯ ПЕРЕХОДА ПРАВА СОБСТВЕННОСТИ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5.1. Переход права собственности на Квартиру к Покупателю подлежит государственной регистрации (ст. 551 ГК РФ). Право собственности возникает у Покупателя с момента государственной регистрации.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5.2. Стороны обязуются в течение ____________ рабочих дней со дня подписания Договора совместно подать заявления о государственной регистрации перехода права собственности ____________ (через многофункциональный центр / в электронной форме / через нотариуса). Расходы по государственной регистрации несёт ____________ (Покупатель / Стороны поровну).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5.3. Если одна из Сторон уклоняется от государственной регистрации перехода права собственности, другая Сторона вправе требовать такой регистрации в судебном порядке (п. 3 ст. 551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 ОТВЕТСТВЕННОСТЬ СТОРОН И ЗАКЛЮЧИТЕЛЬНЫЕ ПОЛОЖЕНИЯ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6.1. За неисполнение или ненадлежащее исполнение обязательств по Договору Стороны несут ответственность в соответствии с законодательством РФ. Если заверения Продавца, указанные в разделе 3 Договора, окажутся недостоверными, Покупатель вправе требовать возмещения убытков и отказаться от Договора (ст. 431.2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6.2. Стороны подтверждают, что заключают Договор добровольно, не находятся под влиянием заблуждения, обмана, насилия или угрозы, способны понимать значение своих действий и руководить ими, не лишены и не ограничены в дееспособности, не состоят под опекой или попечительством, а Договор не является для них кабальной сделкой.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6.3. Споры, связанные с Договором, разрешаются путём переговоров, а при недостижении согласия — в суде по месту нахождения Квартиры (ст. 30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6.4. Договор вступает в силу с момента его подписания Сторонами. Договор составлен в ____________ экземплярах, имеющих одинаковую юридическую силу, по одному для каждой из Сторон. Передаточный акт является неотъемлемой частью Договора.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Продавец: ____________ (Ф.И.О. полностью, паспортные данные, адрес регистрации, телефон, банковские реквизиты для расчётов).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Покупатель: ____________ (Ф.И.О. полностью, паспортные данные, адрес регистрации, телефон).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Продавец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Покупатель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