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969"/>
        <w:gridCol w:w="5386"/>
      </w:tblGrid>
      <w:tr>
        <w:tc>
          <w:tcPr>
            <w:tcW w:type="dxa" w:w="3969"/>
          </w:tcPr>
          <w:p/>
        </w:tc>
        <w:tc>
          <w:tcPr>
            <w:tcW w:type="dxa" w:w="5386"/>
          </w:tcPr>
          <w:p>
            <w:pPr>
              <w:spacing w:after="0"/>
            </w:pPr>
            <w:r/>
            <w:r>
              <w:rPr>
                <w:rFonts w:ascii="Times New Roman" w:hAnsi="Times New Roman" w:eastAsia="Times New Roman"/>
                <w:sz w:val="24"/>
              </w:rPr>
              <w:t>Кому: ____________</w:t>
            </w:r>
          </w:p>
          <w:p>
            <w:pPr>
              <w:spacing w:after="80"/>
            </w:pPr>
            <w:r>
              <w:rPr>
                <w:rFonts w:ascii="Times New Roman" w:hAnsi="Times New Roman" w:eastAsia="Times New Roman"/>
                <w:sz w:val="18"/>
              </w:rPr>
              <w:t>(наименование организации или индивидуального предпринимателя, ИНН, ОГРН (ОГРНИП) либо Ф.И.О. гражданина; адрес — для организации адрес, указанный в Едином государственном реестре юридических лиц)</w:t>
            </w:r>
          </w:p>
          <w:p>
            <w:pPr>
              <w:spacing w:after="0"/>
            </w:pPr>
            <w:r>
              <w:rPr>
                <w:rFonts w:ascii="Times New Roman" w:hAnsi="Times New Roman" w:eastAsia="Times New Roman"/>
                <w:sz w:val="24"/>
              </w:rPr>
              <w:t>От: ____________</w:t>
            </w:r>
          </w:p>
          <w:p>
            <w:pPr>
              <w:spacing w:after="80"/>
            </w:pPr>
            <w:r>
              <w:rPr>
                <w:rFonts w:ascii="Times New Roman" w:hAnsi="Times New Roman" w:eastAsia="Times New Roman"/>
                <w:sz w:val="18"/>
              </w:rPr>
              <w:t>(Ф.И.О. или наименование кредитора, адрес для корреспонденции, телефон, эл. почта)</w:t>
            </w:r>
          </w:p>
          <w:p>
            <w:pPr>
              <w:spacing w:after="0"/>
            </w:pPr>
            <w:r>
              <w:rPr>
                <w:rFonts w:ascii="Times New Roman" w:hAnsi="Times New Roman" w:eastAsia="Times New Roman"/>
                <w:sz w:val="24"/>
              </w:rPr>
              <w:t>Основание обязательства: ____________</w:t>
            </w:r>
          </w:p>
          <w:p>
            <w:pPr>
              <w:spacing w:after="80"/>
            </w:pPr>
            <w:r>
              <w:rPr>
                <w:rFonts w:ascii="Times New Roman" w:hAnsi="Times New Roman" w:eastAsia="Times New Roman"/>
                <w:sz w:val="18"/>
              </w:rPr>
              <w:t>(договор № ___ от ___, расписка, иное основание)</w:t>
            </w:r>
          </w:p>
        </w:tc>
      </w:tr>
    </w:tbl>
    <w:p/>
    <w:p>
      <w:pPr>
        <w:spacing w:after="40" w:before="0"/>
        <w:jc w:val="center"/>
      </w:pPr>
      <w:r>
        <w:rPr>
          <w:rFonts w:ascii="Times New Roman" w:hAnsi="Times New Roman" w:eastAsia="Times New Roman"/>
          <w:b/>
          <w:sz w:val="28"/>
        </w:rPr>
        <w:t>ПРЕТЕНЗИЯ</w:t>
      </w:r>
    </w:p>
    <w:p>
      <w:pPr>
        <w:spacing w:after="240" w:before="0"/>
        <w:jc w:val="center"/>
      </w:pPr>
      <w:r>
        <w:rPr>
          <w:rFonts w:ascii="Times New Roman" w:hAnsi="Times New Roman" w:eastAsia="Times New Roman"/>
          <w:b/>
          <w:sz w:val="24"/>
        </w:rPr>
        <w:t>об исполнении обязательства (досудебное требование)</w:t>
      </w:r>
    </w:p>
    <w:p>
      <w:pPr>
        <w:spacing w:after="120" w:before="0"/>
        <w:ind w:firstLine="567"/>
        <w:jc w:val="both"/>
      </w:pPr>
      <w:r>
        <w:rPr>
          <w:rFonts w:ascii="Times New Roman" w:hAnsi="Times New Roman" w:eastAsia="Times New Roman"/>
          <w:sz w:val="24"/>
        </w:rPr>
        <w:t>«__» ____________ 20__ г. между мной и вами заключён ____________ (вид договора: поставки, подряда, возмездного оказания услуг, займа, аренды и т. п.) № ____________ (далее — договор). По условиям договора вы обязались ____________ (передать товар / выполнить работы / оказать услуги / оплатить / вернуть денежные средства) в срок до «__» ____________ 20__ г. (п. ____________ договора). Если обязательство возникло не из договора, указывается иное основание (причинение вреда, неосновательное обогащение и т. п.) с описанием обстоятельств.</w:t>
      </w:r>
    </w:p>
    <w:p>
      <w:pPr>
        <w:spacing w:after="120" w:before="0"/>
        <w:ind w:firstLine="567"/>
        <w:jc w:val="both"/>
      </w:pPr>
      <w:r>
        <w:rPr>
          <w:rFonts w:ascii="Times New Roman" w:hAnsi="Times New Roman" w:eastAsia="Times New Roman"/>
          <w:sz w:val="24"/>
        </w:rPr>
        <w:t>Свои обязательства по договору я исполнил: ____________ (перечислил предоплату / передал товар / выполнил работы / передал денежные средства), что подтверждается ____________ (платёжные документы, акты, накладные, расписка, переписка).</w:t>
      </w:r>
    </w:p>
    <w:p>
      <w:pPr>
        <w:spacing w:after="120" w:before="0"/>
        <w:ind w:firstLine="567"/>
        <w:jc w:val="both"/>
      </w:pPr>
      <w:r>
        <w:rPr>
          <w:rFonts w:ascii="Times New Roman" w:hAnsi="Times New Roman" w:eastAsia="Times New Roman"/>
          <w:sz w:val="24"/>
        </w:rPr>
        <w:t>Вы свои обязательства не исполнили (исполнили частично / ненадлежащим образом): ____________ (в чём выражено нарушение). Размер неисполненного обязательства на дату настоящей претензии составляет ____________ руб. (либо: не переданы / не выполнены ____________).</w:t>
      </w:r>
    </w:p>
    <w:p>
      <w:pPr>
        <w:spacing w:after="120" w:before="0"/>
        <w:ind w:firstLine="567"/>
        <w:jc w:val="both"/>
      </w:pPr>
      <w:r>
        <w:rPr>
          <w:rFonts w:ascii="Times New Roman" w:hAnsi="Times New Roman" w:eastAsia="Times New Roman"/>
          <w:sz w:val="24"/>
        </w:rPr>
        <w:t>В соответствии со ст. 307 и 309 ГК РФ обязательства должны исполняться надлежащим образом в соответствии с условиями обязательства и требованиями закона, иных правовых актов. Односторонний отказ от исполнения обязательства и одностороннее изменение его условий не допускаются, за исключением случаев, предусмотренных ГК РФ, другими законами или иными правовыми актами (ст. 310 ГК РФ). Если срок исполнения обязательства не установлен, оно подлежит исполнению в течение семи дней со дня предъявления кредитором требования о его исполнении, если обязанность исполнения в другой срок не вытекает из закона, иных правовых актов, условий обязательства, обычаев либо существа обязательства (п. 2 ст. 314 ГК РФ).</w:t>
      </w:r>
    </w:p>
    <w:p>
      <w:pPr>
        <w:spacing w:after="120" w:before="0"/>
        <w:ind w:firstLine="567"/>
        <w:jc w:val="both"/>
      </w:pPr>
      <w:r>
        <w:rPr>
          <w:rFonts w:ascii="Times New Roman" w:hAnsi="Times New Roman" w:eastAsia="Times New Roman"/>
          <w:sz w:val="24"/>
        </w:rPr>
        <w:t>За просрочку исполнения подлежит уплате ____________ (неустойка, предусмотренная п. ____________ договора, в размере ____________ — ст. 330 ГК РФ / проценты за пользование чужими денежными средствами по ст. 395 ГК РФ, если договором неустойка за неисполнение денежного обязательства не предусмотрена). За период с «__» ____________ 20__ г. по «__» ____________ 20__ г. их размер составляет ____________ руб. Кроме того, должник обязан возместить кредитору убытки, причинённые неисполнением или ненадлежащим исполнением обязательства (ст. 15, 393 ГК РФ), в размере ____________ руб. (____________ — состав и расчёт убытков).</w:t>
      </w:r>
    </w:p>
    <w:p>
      <w:pPr>
        <w:spacing w:after="120" w:before="0"/>
        <w:ind w:firstLine="567"/>
        <w:jc w:val="both"/>
      </w:pPr>
      <w:r>
        <w:rPr>
          <w:rFonts w:ascii="Times New Roman" w:hAnsi="Times New Roman" w:eastAsia="Times New Roman"/>
          <w:sz w:val="24"/>
        </w:rPr>
        <w:t>Настоящая претензия направляется в целях досудебного урегулирования спора (в том числе в порядке, предусмотренном п. ____________ договора, если договором установлен претензионный порядок). Претензия направлена заказным письмом с описью вложения (вручена под подпись) по адресу, указанному в договоре, а для организации — в Едином государственном реестре юридических лиц. В силу ст. 165.1 ГК РФ 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pPr>
        <w:spacing w:after="120" w:before="0"/>
        <w:ind w:firstLine="567"/>
        <w:jc w:val="both"/>
      </w:pPr>
      <w:r>
        <w:rPr>
          <w:rFonts w:ascii="Times New Roman" w:hAnsi="Times New Roman" w:eastAsia="Times New Roman"/>
          <w:sz w:val="24"/>
        </w:rPr>
        <w:t>На основании изложенного, руководствуясь ст. 307, 309, 310, 314, 330, 393, 395 ГК РФ,</w:t>
      </w:r>
    </w:p>
    <w:p>
      <w:pPr>
        <w:spacing w:after="120" w:before="0"/>
        <w:jc w:val="center"/>
      </w:pPr>
      <w:r>
        <w:rPr>
          <w:rFonts w:ascii="Times New Roman" w:hAnsi="Times New Roman" w:eastAsia="Times New Roman"/>
          <w:b/>
          <w:sz w:val="26"/>
        </w:rPr>
        <w:t>ТРЕБУЮ:</w:t>
      </w:r>
    </w:p>
    <w:p>
      <w:pPr>
        <w:spacing w:after="120" w:before="0"/>
        <w:ind w:firstLine="567"/>
        <w:jc w:val="both"/>
      </w:pPr>
      <w:r>
        <w:rPr>
          <w:rFonts w:ascii="Times New Roman" w:hAnsi="Times New Roman" w:eastAsia="Times New Roman"/>
          <w:sz w:val="24"/>
        </w:rPr>
        <w:t>1. В течение ____________ дней со дня получения настоящей претензии исполнить обязательство: ____________ (уплатить задолженность в размере ____________ руб. / передать товар / выполнить работы / вернуть денежные средства). Срок указывается с учётом условий договора; если срок исполнения не установлен, обязательство исполняется в течение семи дней со дня предъявления требования (п. 2 ст. 314 ГК РФ).</w:t>
      </w:r>
    </w:p>
    <w:p>
      <w:pPr>
        <w:spacing w:after="120" w:before="0"/>
        <w:ind w:firstLine="567"/>
        <w:jc w:val="both"/>
      </w:pPr>
      <w:r>
        <w:rPr>
          <w:rFonts w:ascii="Times New Roman" w:hAnsi="Times New Roman" w:eastAsia="Times New Roman"/>
          <w:sz w:val="24"/>
        </w:rPr>
        <w:t>2. Уплатить ____________ (неустойку по п. ____________ договора / проценты по ст. 395 ГК РФ) в размере ____________ руб. за период с «__» ____________ 20__ г. по «__» ____________ 20__ г.</w:t>
      </w:r>
    </w:p>
    <w:p>
      <w:pPr>
        <w:spacing w:after="120" w:before="0"/>
        <w:ind w:firstLine="567"/>
        <w:jc w:val="both"/>
      </w:pPr>
      <w:r>
        <w:rPr>
          <w:rFonts w:ascii="Times New Roman" w:hAnsi="Times New Roman" w:eastAsia="Times New Roman"/>
          <w:sz w:val="24"/>
        </w:rPr>
        <w:t>3. Возместить убытки в размере ____________ руб.</w:t>
      </w:r>
    </w:p>
    <w:p>
      <w:pPr>
        <w:spacing w:after="120" w:before="0"/>
        <w:ind w:firstLine="567"/>
        <w:jc w:val="both"/>
      </w:pPr>
      <w:r>
        <w:rPr>
          <w:rFonts w:ascii="Times New Roman" w:hAnsi="Times New Roman" w:eastAsia="Times New Roman"/>
          <w:sz w:val="24"/>
        </w:rPr>
        <w:t>4. Перечислить денежные средства по следующим реквизитам: ____________ (реквизиты банковского счёта) и сообщить в письменной форме о принятом решении по адресу (электронной почте), указанному в настоящей претензии.</w:t>
      </w:r>
    </w:p>
    <w:p>
      <w:pPr>
        <w:spacing w:after="120" w:before="0"/>
        <w:ind w:firstLine="567"/>
        <w:jc w:val="both"/>
      </w:pPr>
      <w:r>
        <w:rPr>
          <w:rFonts w:ascii="Times New Roman" w:hAnsi="Times New Roman" w:eastAsia="Times New Roman"/>
          <w:sz w:val="24"/>
        </w:rPr>
        <w:t>В случае неисполнения требований в указанный срок я буду вынужден обратиться в суд с иском о ____________ (взыскании задолженности, неустойки (процентов), убытков / понуждении к исполнению обязательства в натуре), а также о взыскании судебных расходов, в том числе расходов на оплату услуг представителя и государственной пошлины.</w:t>
      </w:r>
    </w:p>
    <w:p>
      <w:pPr>
        <w:spacing w:after="40" w:before="0"/>
        <w:jc w:val="left"/>
      </w:pPr>
      <w:r>
        <w:rPr>
          <w:rFonts w:ascii="Times New Roman" w:hAnsi="Times New Roman" w:eastAsia="Times New Roman"/>
          <w:b/>
          <w:sz w:val="24"/>
        </w:rPr>
        <w:t>Приложения:</w:t>
      </w:r>
    </w:p>
    <w:p>
      <w:pPr>
        <w:spacing w:after="0" w:before="0"/>
        <w:jc w:val="both"/>
      </w:pPr>
      <w:r>
        <w:rPr>
          <w:rFonts w:ascii="Times New Roman" w:hAnsi="Times New Roman" w:eastAsia="Times New Roman"/>
          <w:sz w:val="24"/>
        </w:rPr>
        <w:t>1. Копия договора (иного документа, подтверждающего обязательство) с приложениями;</w:t>
      </w:r>
    </w:p>
    <w:p>
      <w:pPr>
        <w:spacing w:after="0" w:before="0"/>
        <w:jc w:val="both"/>
      </w:pPr>
      <w:r>
        <w:rPr>
          <w:rFonts w:ascii="Times New Roman" w:hAnsi="Times New Roman" w:eastAsia="Times New Roman"/>
          <w:sz w:val="24"/>
        </w:rPr>
        <w:t>2. Копии документов, подтверждающих исполнение моих обязательств (платёжные документы, акты, накладные);</w:t>
      </w:r>
    </w:p>
    <w:p>
      <w:pPr>
        <w:spacing w:after="0" w:before="0"/>
        <w:jc w:val="both"/>
      </w:pPr>
      <w:r>
        <w:rPr>
          <w:rFonts w:ascii="Times New Roman" w:hAnsi="Times New Roman" w:eastAsia="Times New Roman"/>
          <w:sz w:val="24"/>
        </w:rPr>
        <w:t>3. Копии документов, подтверждающих нарушение обязательства (переписка, акты, уведомления);</w:t>
      </w:r>
    </w:p>
    <w:p>
      <w:pPr>
        <w:spacing w:after="0" w:before="0"/>
        <w:jc w:val="both"/>
      </w:pPr>
      <w:r>
        <w:rPr>
          <w:rFonts w:ascii="Times New Roman" w:hAnsi="Times New Roman" w:eastAsia="Times New Roman"/>
          <w:sz w:val="24"/>
        </w:rPr>
        <w:t>4. Расчёт задолженности, неустойки (процентов) и убытков;</w:t>
      </w:r>
    </w:p>
    <w:p>
      <w:pPr>
        <w:spacing w:after="0" w:before="0"/>
        <w:jc w:val="both"/>
      </w:pPr>
      <w:r>
        <w:rPr>
          <w:rFonts w:ascii="Times New Roman" w:hAnsi="Times New Roman" w:eastAsia="Times New Roman"/>
          <w:sz w:val="24"/>
        </w:rPr>
        <w:t>5. Копия доверенности представителя (если претензию подписывает представитель);</w:t>
      </w:r>
    </w:p>
    <w:p/>
    <w:p>
      <w:pPr>
        <w:spacing w:after="120" w:before="0"/>
        <w:jc w:val="left"/>
      </w:pPr>
      <w:r>
        <w:rPr>
          <w:rFonts w:ascii="Times New Roman" w:hAnsi="Times New Roman" w:eastAsia="Times New Roman"/>
          <w:sz w:val="24"/>
        </w:rPr>
        <w:t>«___» ____________ 20___ г.</w:t>
      </w:r>
    </w:p>
    <w:p>
      <w:pPr>
        <w:spacing w:after="0" w:before="0"/>
        <w:jc w:val="left"/>
      </w:pPr>
      <w:r>
        <w:rPr>
          <w:rFonts w:ascii="Times New Roman" w:hAnsi="Times New Roman" w:eastAsia="Times New Roman"/>
          <w:sz w:val="24"/>
        </w:rPr>
        <w:t>Кредитор (представитель) ___________________ / ______________________ /</w:t>
      </w:r>
    </w:p>
    <w:p>
      <w:pPr>
        <w:spacing w:after="200" w:before="0"/>
        <w:jc w:val="left"/>
      </w:pPr>
      <w:r>
        <w:rPr>
          <w:rFonts w:ascii="Times New Roman" w:hAnsi="Times New Roman" w:eastAsia="Times New Roman"/>
          <w:sz w:val="18"/>
        </w:rPr>
        <w:t xml:space="preserve">                              (подпись)                      (Ф.И.О.)</w:t>
      </w:r>
    </w:p>
    <w:p>
      <w:pPr>
        <w:spacing w:after="0" w:before="0"/>
        <w:jc w:val="center"/>
      </w:pPr>
      <w:r>
        <w:rPr>
          <w:rFonts w:ascii="Times New Roman" w:hAnsi="Times New Roman" w:eastAsia="Times New Roman"/>
          <w:sz w:val="16"/>
        </w:rPr>
        <w:t>Образец подготовлен для ознакомления. Документ составляется под конкретную ситуацию.</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об исполнении обязательства (досудебное требование)</dc:title>
  <dc:subject/>
  <dc:creator>Malov &amp; Malov</dc:creator>
  <cp:keywords/>
  <dc:description>generated by python-docx</dc:description>
  <cp:lastModifiedBy/>
  <cp:revision>1</cp:revision>
  <dcterms:created xsi:type="dcterms:W3CDTF">2013-12-23T23:15:00Z</dcterms:created>
  <dcterms:modified xsi:type="dcterms:W3CDTF">2013-12-23T23:15:00Z</dcterms:modified>
  <cp:category/>
</cp:coreProperties>
</file>