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Генеральному директору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продавца — автосалона либо изготовителя или импортёра автомобиля, ИНН, ОГРН,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покупателя, адрес для корреспонденции,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Договор купли-продажи автомобиля № ____________ от «__» ____________ 20__ г.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Автомобиль: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(марка, модель, год выпуска, идентификационный номер транспортного средства, государственный регистрационный знак)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ПРЕТЕНЗИЯ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отказе от исполнения договора купли-продажи автомобиля с недостатками и возврате уплаченной суммы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между мной и ____________ (наименование продавца) заключён договор купли-продажи № ____________, по которому я приобрёл автомобиль ____________ (марка, модель, год выпуска) стоимостью ____________ руб. Автомобиль передан мне «__» ____________ 20__ г. по акту приёма-передачи. Оплата произведена в полном объёме ____________ (наличными / безналичным переводом / частично за счёт потребительского кредита по договору № ____________ от «__» ____________ 20__ г., заключённому с ____________ (наименование банка)), что подтверждается ____________ (кассовый чек, платёжное поручение, кредитный договор).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автомобиль установлен гарантийный срок ____________ (лет и/или километров пробега), который исчисляется с «__» ____________ 20__ г. и на дату предъявления настоящей претензии не истёк. Автомобиль эксплуатировался в соответствии с руководством по эксплуатации, техническое обслуживание проводилось своевременно, что подтверждается ____________ (сервисная книжка, заказ-наряды).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период гарантийного срока в автомобиле выявлены недостатки: ____________ (описание неисправностей и дата их обнаружения). Право на отказ от исполнения договора возникло по следующему основанию (указать одно или несколько, лишнее удалить):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— существенный недостаток: недостаток ____________ является неустранимым / проявляется вновь после устранения / не может быть устранён без несоразмерных расходов или затрат времени, что подтверждается ____________ (заказ-наряды № ____________, акты выполненных работ, заключение эксперта);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— нарушение срока устранения недостатка: автомобиль передан на гарантийный ремонт «__» ____________ 20__ г. по заказ-наряду (акту приёма-передачи) № ____________, однако недостаток не устранён в течение ____________ дней, тогда как по ст. 20 Закона РФ «О защите прав потребителей» недостатки устраняются незамедлительно, а срок, согласованный сторонами в письменной форме, не может превышать 45 дней;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— невозможность использования автомобиля более 30 дней: в течение ____________ (первого, второго и т. д.) года гарантийного срока автомобиль находился в ремонте в совокупности ____________ дней вследствие неоднократного устранения различных недостатков: ____________ (периоды ремонта и номера заказ-нарядов).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Легковой автомобиль относится к технически сложным товарам (Перечень технически сложных товаров, утверждённый постановлением Правительства РФ от 10.11.2011 № 924). Согласно п. 1 ст. 18 Закона РФ «О защите прав потребителей» по истечении 15 дней со дня передачи технически сложного товара потребитель вправе отказаться от исполнения договора купли-продажи и потребовать возврата уплаченной суммы в случае обнаружения существенного недостатка, нарушения установленных Законом сроков устранения недостатков, невозможности использования товара в течение каждого года гарантийного срока в совокупности более чем 30 дней вследствие неоднократного устранения его различных недостатков. Понятие существенного недостатка дано в преамбуле Закона.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Требование об отказе от договора и возврате уплаченной суммы предъявляется продавцу (п. 1 и 2 ст. 18 Закона); вместо этого потребитель вправе возвратить товар ненадлежащего качества изготовителю или импортёру и потребовать от них возврата уплаченной суммы (п. 3 ст. 18 Закона). Недостатки обнаружены в течение гарантийного срока (п. 1 ст. 19 Закона), поэтому продавец (изготовитель) отвечает за них, если не докажет, что они возникли после передачи автомобиля вследствие нарушения правил его использования, действий третьих лиц или непреодолимой силы (п. 6 ст. 18 Закона). При необходимости продавец обязан провести проверку качества, а при споре о причинах недостатков — экспертизу за свой счёт; потребитель вправе присутствовать при их проведении (п. 5 ст. 18 Закона).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Требование о возврате уплаченной за товар суммы подлежит удовлетворению в течение 10 дней со дня его предъявления (ст. 22 Закона). За нарушение этого срока уплачивается неустойка в размере 1% цены товара за каждый день просрочки; её общий размер не может превышать сумму, уплаченную по договору купли-продажи (п. 1 ст. 23 Закона). При возврате технически сложного товара ненадлежащего качества потребитель вправе требовать возмещения разницы между ценой, установленной договором, и ценой соответствующего товара с аналогичными техническими и эксплуатационными характеристиками, степенью износа и годом выпуска на момент добровольного удовлетворения требования (п. 4 ст. 24 Закона). Если автомобиль приобретён за счёт потребительского кредита, продавец обязан также возместить уплаченные проценты и иные платежи по договору потребительского кредита (п. 6 ст. 24 Закона).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18, 19, 22, 23, 24 Закона РФ «О защите прав потребителей», ст. 475, 503 ГК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ТРЕБУЮ: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Принять мой отказ от исполнения договора купли-продажи автомобиля № ____________ от «__» ____________ 20__ г. и в течение 10 дней со дня получения настоящей претензии вернуть уплаченную за автомобиль денежную сумму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Возместить разницу между ценой автомобиля, установленной договором, и ценой соответствующего автомобиля на момент удовлетворения требования в размере ____________ руб. (п. 4 ст. 24 Закона РФ «О защите прав потребителей»).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Возместить уплаченные проценты и иные платежи по договору потребительского кредита № ____________ от «__» ____________ 20__ г. в размере ____________ руб. (указывается, если автомобиль приобретён в кредит).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Возместить убытки в размере ____________ руб.: ____________ (стоимость установленного дополнительного оборудования, расходы на эвакуацию, экспертизу, страхование и прочие — с приложением подтверждающих документов).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Сообщить в письменной форме дату, время и место приёма автомобиля, а в случае проведения проверки качества или экспертизы — заблаговременно уведомить меня об их дате, времени и месте по адресу (телефону, электронной почте), указанному в настоящей претензии.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 Перечислить причитающиеся денежные суммы по следующим реквизитам: ____________ (реквизиты банковского счёта).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Автомобиль будет возвращён по требованию продавца (изготовителя, импортёра) и за его счёт (п. 1 ст. 18 Закона РФ «О защите прав потребителей»). В случае неудовлетворения требований в установленный срок я буду вынужден обратиться в суд с иском о взыскании уплаченной суммы, неустойки, компенсации морального вреда (ст. 15 Закона), штрафа (п. 6 ст. 13 Закона) и судебных расходов.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договора купли-продажи автомобиля и акта приёма-передачи;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документов об оплате (кассовый чек, платёжное поручение), а при покупке в кредит — копия кредитного договора и справка об уплаченных процентах;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паспорта транспортного средства (выписки из электронного паспорта) и свидетельства о регистрации транспортного средства;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Копия сервисной книжки (гарантийного талона);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Копии заказ-нарядов, актов выполненных работ, актов приёма-передачи автомобиля в ремонт и из ремонта;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Заключение эксперта (специалиста) о характере недостатков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Копии ранее направленных обращений и ответов на них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Документы, подтверждающие убытки;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9. Расчёт денежных требований;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10. Реквизиты банковского счёта для перечисления денежных средств;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Покупатель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об отказе от исполнения договора купли-продажи автомобиля с недостатками и возврате уплаченной суммы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